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F825" w14:textId="77777777" w:rsidR="006F18A3" w:rsidRDefault="006F18A3">
      <w:pPr>
        <w:jc w:val="center"/>
        <w:rPr>
          <w:b/>
          <w:color w:val="17365D" w:themeColor="text2" w:themeShade="BF"/>
          <w:sz w:val="36"/>
        </w:rPr>
      </w:pPr>
    </w:p>
    <w:p w14:paraId="0CAF366C" w14:textId="267F3391" w:rsidR="00680D8E" w:rsidRPr="006F18A3" w:rsidRDefault="00000000">
      <w:pPr>
        <w:jc w:val="center"/>
        <w:rPr>
          <w:color w:val="17365D" w:themeColor="text2" w:themeShade="BF"/>
        </w:rPr>
      </w:pPr>
      <w:proofErr w:type="spellStart"/>
      <w:r w:rsidRPr="006F18A3">
        <w:rPr>
          <w:b/>
          <w:color w:val="17365D" w:themeColor="text2" w:themeShade="BF"/>
          <w:sz w:val="36"/>
        </w:rPr>
        <w:t>Repositorio</w:t>
      </w:r>
      <w:proofErr w:type="spellEnd"/>
      <w:r w:rsidRPr="006F18A3">
        <w:rPr>
          <w:b/>
          <w:color w:val="17365D" w:themeColor="text2" w:themeShade="BF"/>
          <w:sz w:val="36"/>
        </w:rPr>
        <w:t xml:space="preserve"> de 120+ </w:t>
      </w:r>
      <w:proofErr w:type="spellStart"/>
      <w:r w:rsidRPr="006F18A3">
        <w:rPr>
          <w:b/>
          <w:color w:val="17365D" w:themeColor="text2" w:themeShade="BF"/>
          <w:sz w:val="36"/>
        </w:rPr>
        <w:t>Herramientas</w:t>
      </w:r>
      <w:proofErr w:type="spellEnd"/>
      <w:r w:rsidRPr="006F18A3">
        <w:rPr>
          <w:b/>
          <w:color w:val="17365D" w:themeColor="text2" w:themeShade="BF"/>
          <w:sz w:val="36"/>
        </w:rPr>
        <w:t xml:space="preserve"> de IA — 2026</w:t>
      </w:r>
    </w:p>
    <w:p w14:paraId="38C78355" w14:textId="77777777" w:rsidR="00680D8E" w:rsidRDefault="00000000">
      <w:pPr>
        <w:jc w:val="center"/>
      </w:pPr>
      <w:r>
        <w:rPr>
          <w:i/>
        </w:rPr>
        <w:t>Directorio organizado por categorías con enlaces directos</w:t>
      </w:r>
    </w:p>
    <w:p w14:paraId="59063343" w14:textId="77777777" w:rsidR="00680D8E" w:rsidRDefault="00000000">
      <w:pPr>
        <w:pStyle w:val="Ttulo1"/>
      </w:pPr>
      <w:r>
        <w:t>1. Chatbots y asistentes generales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985"/>
        <w:gridCol w:w="3544"/>
        <w:gridCol w:w="3260"/>
      </w:tblGrid>
      <w:tr w:rsidR="00680D8E" w14:paraId="0A46BF6E" w14:textId="77777777" w:rsidTr="006F18A3">
        <w:tc>
          <w:tcPr>
            <w:tcW w:w="562" w:type="dxa"/>
            <w:shd w:val="clear" w:color="auto" w:fill="17365D" w:themeFill="text2" w:themeFillShade="BF"/>
          </w:tcPr>
          <w:p w14:paraId="5DE973F2" w14:textId="77777777" w:rsidR="00680D8E" w:rsidRDefault="00000000">
            <w:r>
              <w:t>#</w:t>
            </w:r>
          </w:p>
        </w:tc>
        <w:tc>
          <w:tcPr>
            <w:tcW w:w="1985" w:type="dxa"/>
            <w:shd w:val="clear" w:color="auto" w:fill="17365D" w:themeFill="text2" w:themeFillShade="BF"/>
          </w:tcPr>
          <w:p w14:paraId="6011E640" w14:textId="77777777" w:rsidR="00680D8E" w:rsidRPr="006F18A3" w:rsidRDefault="00000000" w:rsidP="006F18A3">
            <w:pPr>
              <w:jc w:val="center"/>
              <w:rPr>
                <w:b/>
                <w:bCs/>
                <w:sz w:val="24"/>
                <w:szCs w:val="24"/>
              </w:rPr>
            </w:pPr>
            <w:r w:rsidRPr="006F18A3">
              <w:rPr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3544" w:type="dxa"/>
            <w:shd w:val="clear" w:color="auto" w:fill="17365D" w:themeFill="text2" w:themeFillShade="BF"/>
          </w:tcPr>
          <w:p w14:paraId="29BB0F33" w14:textId="77777777" w:rsidR="00680D8E" w:rsidRPr="006F18A3" w:rsidRDefault="00000000" w:rsidP="006F18A3">
            <w:pPr>
              <w:jc w:val="center"/>
              <w:rPr>
                <w:b/>
                <w:bCs/>
                <w:sz w:val="24"/>
                <w:szCs w:val="24"/>
              </w:rPr>
            </w:pPr>
            <w:r w:rsidRPr="006F18A3">
              <w:rPr>
                <w:b/>
                <w:bCs/>
                <w:sz w:val="24"/>
                <w:szCs w:val="24"/>
              </w:rPr>
              <w:t>Uso principal</w:t>
            </w:r>
          </w:p>
        </w:tc>
        <w:tc>
          <w:tcPr>
            <w:tcW w:w="3260" w:type="dxa"/>
            <w:shd w:val="clear" w:color="auto" w:fill="17365D" w:themeFill="text2" w:themeFillShade="BF"/>
          </w:tcPr>
          <w:p w14:paraId="0842EB3A" w14:textId="77777777" w:rsidR="00680D8E" w:rsidRPr="006F18A3" w:rsidRDefault="00000000" w:rsidP="006F18A3">
            <w:pPr>
              <w:jc w:val="center"/>
              <w:rPr>
                <w:b/>
                <w:bCs/>
                <w:sz w:val="24"/>
                <w:szCs w:val="24"/>
              </w:rPr>
            </w:pPr>
            <w:r w:rsidRPr="006F18A3">
              <w:rPr>
                <w:b/>
                <w:bCs/>
                <w:sz w:val="24"/>
                <w:szCs w:val="24"/>
              </w:rPr>
              <w:t>Enlace directo</w:t>
            </w:r>
          </w:p>
        </w:tc>
      </w:tr>
      <w:tr w:rsidR="00680D8E" w14:paraId="3FA96DC3" w14:textId="77777777" w:rsidTr="006F18A3">
        <w:tc>
          <w:tcPr>
            <w:tcW w:w="562" w:type="dxa"/>
          </w:tcPr>
          <w:p w14:paraId="572A8AA5" w14:textId="77777777" w:rsidR="00680D8E" w:rsidRDefault="00000000">
            <w:r>
              <w:t>1</w:t>
            </w:r>
          </w:p>
        </w:tc>
        <w:tc>
          <w:tcPr>
            <w:tcW w:w="1985" w:type="dxa"/>
          </w:tcPr>
          <w:p w14:paraId="1615B1D0" w14:textId="77777777" w:rsidR="00680D8E" w:rsidRDefault="00000000" w:rsidP="003F5987">
            <w:pPr>
              <w:jc w:val="center"/>
            </w:pPr>
            <w:r>
              <w:t>ChatGPT</w:t>
            </w:r>
          </w:p>
        </w:tc>
        <w:tc>
          <w:tcPr>
            <w:tcW w:w="3544" w:type="dxa"/>
          </w:tcPr>
          <w:p w14:paraId="5953322E" w14:textId="77777777" w:rsidR="00680D8E" w:rsidRDefault="00000000">
            <w:r>
              <w:t>Asistente general, análisis, escritura, imágenes y código</w:t>
            </w:r>
          </w:p>
        </w:tc>
        <w:tc>
          <w:tcPr>
            <w:tcW w:w="3260" w:type="dxa"/>
          </w:tcPr>
          <w:p w14:paraId="7E4F7C48" w14:textId="135E54C2" w:rsidR="00680D8E" w:rsidRDefault="006F18A3">
            <w:hyperlink r:id="rId8" w:history="1">
              <w:r w:rsidRPr="007A662A">
                <w:rPr>
                  <w:rStyle w:val="Hipervnculo"/>
                </w:rPr>
                <w:t>https://chatgpt.com/</w:t>
              </w:r>
            </w:hyperlink>
          </w:p>
          <w:p w14:paraId="67B902B3" w14:textId="77777777" w:rsidR="006F18A3" w:rsidRDefault="006F18A3"/>
        </w:tc>
      </w:tr>
      <w:tr w:rsidR="00680D8E" w14:paraId="025F43ED" w14:textId="77777777" w:rsidTr="006F18A3">
        <w:tc>
          <w:tcPr>
            <w:tcW w:w="562" w:type="dxa"/>
          </w:tcPr>
          <w:p w14:paraId="61E4986C" w14:textId="77777777" w:rsidR="00680D8E" w:rsidRDefault="00000000">
            <w:r>
              <w:t>2</w:t>
            </w:r>
          </w:p>
        </w:tc>
        <w:tc>
          <w:tcPr>
            <w:tcW w:w="1985" w:type="dxa"/>
          </w:tcPr>
          <w:p w14:paraId="19B8451F" w14:textId="77777777" w:rsidR="00680D8E" w:rsidRDefault="00000000" w:rsidP="003F5987">
            <w:pPr>
              <w:jc w:val="center"/>
            </w:pPr>
            <w:r>
              <w:t>Claude</w:t>
            </w:r>
          </w:p>
        </w:tc>
        <w:tc>
          <w:tcPr>
            <w:tcW w:w="3544" w:type="dxa"/>
          </w:tcPr>
          <w:p w14:paraId="4D408097" w14:textId="77777777" w:rsidR="00680D8E" w:rsidRDefault="00000000">
            <w:r>
              <w:t>Escritura, razonamiento, documentos y código</w:t>
            </w:r>
          </w:p>
        </w:tc>
        <w:tc>
          <w:tcPr>
            <w:tcW w:w="3260" w:type="dxa"/>
          </w:tcPr>
          <w:p w14:paraId="659D5F45" w14:textId="37E7B1AF" w:rsidR="00680D8E" w:rsidRDefault="006F18A3">
            <w:hyperlink r:id="rId9" w:history="1">
              <w:r w:rsidRPr="007A662A">
                <w:rPr>
                  <w:rStyle w:val="Hipervnculo"/>
                </w:rPr>
                <w:t>https://claude.ai/</w:t>
              </w:r>
            </w:hyperlink>
          </w:p>
          <w:p w14:paraId="3E9201E3" w14:textId="77777777" w:rsidR="006F18A3" w:rsidRDefault="006F18A3"/>
        </w:tc>
      </w:tr>
      <w:tr w:rsidR="00680D8E" w14:paraId="60782EE3" w14:textId="77777777" w:rsidTr="006F18A3">
        <w:tc>
          <w:tcPr>
            <w:tcW w:w="562" w:type="dxa"/>
          </w:tcPr>
          <w:p w14:paraId="1BBD8223" w14:textId="77777777" w:rsidR="00680D8E" w:rsidRDefault="00000000">
            <w:r>
              <w:t>3</w:t>
            </w:r>
          </w:p>
        </w:tc>
        <w:tc>
          <w:tcPr>
            <w:tcW w:w="1985" w:type="dxa"/>
          </w:tcPr>
          <w:p w14:paraId="5036448B" w14:textId="77777777" w:rsidR="00680D8E" w:rsidRDefault="00000000" w:rsidP="003F5987">
            <w:pPr>
              <w:jc w:val="center"/>
            </w:pPr>
            <w:r>
              <w:t>Google Gemini</w:t>
            </w:r>
          </w:p>
        </w:tc>
        <w:tc>
          <w:tcPr>
            <w:tcW w:w="3544" w:type="dxa"/>
          </w:tcPr>
          <w:p w14:paraId="4CF07272" w14:textId="77777777" w:rsidR="00680D8E" w:rsidRDefault="00000000">
            <w:r>
              <w:t>Asistente, investigación y Google Workspace</w:t>
            </w:r>
          </w:p>
        </w:tc>
        <w:tc>
          <w:tcPr>
            <w:tcW w:w="3260" w:type="dxa"/>
          </w:tcPr>
          <w:p w14:paraId="330E893F" w14:textId="61D68BC5" w:rsidR="00680D8E" w:rsidRDefault="004709FD">
            <w:hyperlink r:id="rId10" w:history="1">
              <w:r w:rsidRPr="00C73540">
                <w:rPr>
                  <w:rStyle w:val="Hipervnculo"/>
                </w:rPr>
                <w:t>https://gemini.google.com/</w:t>
              </w:r>
            </w:hyperlink>
          </w:p>
          <w:p w14:paraId="3F63531C" w14:textId="77777777" w:rsidR="004709FD" w:rsidRDefault="004709FD"/>
        </w:tc>
      </w:tr>
      <w:tr w:rsidR="00680D8E" w14:paraId="2FB7D6B6" w14:textId="77777777" w:rsidTr="006F18A3">
        <w:tc>
          <w:tcPr>
            <w:tcW w:w="562" w:type="dxa"/>
          </w:tcPr>
          <w:p w14:paraId="7DABB2DF" w14:textId="77777777" w:rsidR="00680D8E" w:rsidRDefault="00000000">
            <w:r>
              <w:t>4</w:t>
            </w:r>
          </w:p>
        </w:tc>
        <w:tc>
          <w:tcPr>
            <w:tcW w:w="1985" w:type="dxa"/>
          </w:tcPr>
          <w:p w14:paraId="3EFA113E" w14:textId="77777777" w:rsidR="00680D8E" w:rsidRDefault="00000000" w:rsidP="003F5987">
            <w:pPr>
              <w:jc w:val="center"/>
            </w:pPr>
            <w:r>
              <w:t>Microsoft Copilot</w:t>
            </w:r>
          </w:p>
        </w:tc>
        <w:tc>
          <w:tcPr>
            <w:tcW w:w="3544" w:type="dxa"/>
          </w:tcPr>
          <w:p w14:paraId="1A7457A9" w14:textId="77777777" w:rsidR="00680D8E" w:rsidRDefault="00000000">
            <w:r>
              <w:t>Productividad y Microsoft 365</w:t>
            </w:r>
          </w:p>
        </w:tc>
        <w:tc>
          <w:tcPr>
            <w:tcW w:w="3260" w:type="dxa"/>
          </w:tcPr>
          <w:p w14:paraId="0085A83D" w14:textId="575945F0" w:rsidR="00680D8E" w:rsidRDefault="006F18A3">
            <w:hyperlink r:id="rId11" w:history="1">
              <w:r w:rsidRPr="007A662A">
                <w:rPr>
                  <w:rStyle w:val="Hipervnculo"/>
                </w:rPr>
                <w:t>https://copilot.microsoft.com/</w:t>
              </w:r>
            </w:hyperlink>
          </w:p>
          <w:p w14:paraId="7C53A397" w14:textId="77777777" w:rsidR="006F18A3" w:rsidRDefault="006F18A3"/>
        </w:tc>
      </w:tr>
      <w:tr w:rsidR="00680D8E" w14:paraId="25DC21F2" w14:textId="77777777" w:rsidTr="006F18A3">
        <w:tc>
          <w:tcPr>
            <w:tcW w:w="562" w:type="dxa"/>
          </w:tcPr>
          <w:p w14:paraId="3AB4CB86" w14:textId="77777777" w:rsidR="00680D8E" w:rsidRDefault="00000000">
            <w:r>
              <w:t>5</w:t>
            </w:r>
          </w:p>
        </w:tc>
        <w:tc>
          <w:tcPr>
            <w:tcW w:w="1985" w:type="dxa"/>
          </w:tcPr>
          <w:p w14:paraId="44F0B17D" w14:textId="77777777" w:rsidR="00680D8E" w:rsidRDefault="00000000" w:rsidP="003F5987">
            <w:pPr>
              <w:jc w:val="center"/>
            </w:pPr>
            <w:r>
              <w:t>Perplexity</w:t>
            </w:r>
          </w:p>
        </w:tc>
        <w:tc>
          <w:tcPr>
            <w:tcW w:w="3544" w:type="dxa"/>
          </w:tcPr>
          <w:p w14:paraId="60D5F222" w14:textId="77777777" w:rsidR="00680D8E" w:rsidRDefault="00000000">
            <w:r>
              <w:t>Investigación y búsqueda con fuentes</w:t>
            </w:r>
          </w:p>
        </w:tc>
        <w:tc>
          <w:tcPr>
            <w:tcW w:w="3260" w:type="dxa"/>
          </w:tcPr>
          <w:p w14:paraId="5A972A5E" w14:textId="3090B77E" w:rsidR="00680D8E" w:rsidRDefault="00D149D7">
            <w:hyperlink r:id="rId12" w:history="1">
              <w:r w:rsidRPr="004005B7">
                <w:rPr>
                  <w:rStyle w:val="Hipervnculo"/>
                </w:rPr>
                <w:t>https://www.perplexity.ai/</w:t>
              </w:r>
            </w:hyperlink>
          </w:p>
          <w:p w14:paraId="0AB6E782" w14:textId="77777777" w:rsidR="00D149D7" w:rsidRDefault="00D149D7"/>
        </w:tc>
      </w:tr>
      <w:tr w:rsidR="00680D8E" w14:paraId="5548B05A" w14:textId="77777777" w:rsidTr="006F18A3">
        <w:tc>
          <w:tcPr>
            <w:tcW w:w="562" w:type="dxa"/>
          </w:tcPr>
          <w:p w14:paraId="090F11D7" w14:textId="77777777" w:rsidR="00680D8E" w:rsidRDefault="00000000">
            <w:r>
              <w:t>6</w:t>
            </w:r>
          </w:p>
        </w:tc>
        <w:tc>
          <w:tcPr>
            <w:tcW w:w="1985" w:type="dxa"/>
          </w:tcPr>
          <w:p w14:paraId="222C1F2D" w14:textId="77777777" w:rsidR="00680D8E" w:rsidRDefault="00000000" w:rsidP="003F5987">
            <w:pPr>
              <w:jc w:val="center"/>
            </w:pPr>
            <w:r>
              <w:t>Grok</w:t>
            </w:r>
          </w:p>
        </w:tc>
        <w:tc>
          <w:tcPr>
            <w:tcW w:w="3544" w:type="dxa"/>
          </w:tcPr>
          <w:p w14:paraId="11B4D26C" w14:textId="77777777" w:rsidR="00680D8E" w:rsidRDefault="00000000">
            <w:r>
              <w:t>Conversación, búsqueda y actualidad</w:t>
            </w:r>
          </w:p>
        </w:tc>
        <w:tc>
          <w:tcPr>
            <w:tcW w:w="3260" w:type="dxa"/>
          </w:tcPr>
          <w:p w14:paraId="0CCC3BCF" w14:textId="1A39A5AD" w:rsidR="00680D8E" w:rsidRDefault="006F18A3">
            <w:hyperlink r:id="rId13" w:history="1">
              <w:r w:rsidRPr="007A662A">
                <w:rPr>
                  <w:rStyle w:val="Hipervnculo"/>
                </w:rPr>
                <w:t>https://grok.com/</w:t>
              </w:r>
            </w:hyperlink>
          </w:p>
          <w:p w14:paraId="60F9413D" w14:textId="77777777" w:rsidR="006F18A3" w:rsidRDefault="006F18A3"/>
        </w:tc>
      </w:tr>
      <w:tr w:rsidR="00680D8E" w14:paraId="173FF058" w14:textId="77777777" w:rsidTr="006F18A3">
        <w:tc>
          <w:tcPr>
            <w:tcW w:w="562" w:type="dxa"/>
          </w:tcPr>
          <w:p w14:paraId="60A25BD0" w14:textId="77777777" w:rsidR="00680D8E" w:rsidRDefault="00000000">
            <w:r>
              <w:t>7</w:t>
            </w:r>
          </w:p>
        </w:tc>
        <w:tc>
          <w:tcPr>
            <w:tcW w:w="1985" w:type="dxa"/>
          </w:tcPr>
          <w:p w14:paraId="4FA922B6" w14:textId="77777777" w:rsidR="00680D8E" w:rsidRDefault="00000000" w:rsidP="003F5987">
            <w:pPr>
              <w:jc w:val="center"/>
            </w:pPr>
            <w:r>
              <w:t>DeepSeek</w:t>
            </w:r>
          </w:p>
        </w:tc>
        <w:tc>
          <w:tcPr>
            <w:tcW w:w="3544" w:type="dxa"/>
          </w:tcPr>
          <w:p w14:paraId="26A58C64" w14:textId="77777777" w:rsidR="00680D8E" w:rsidRDefault="00000000">
            <w:r>
              <w:t>Razonamiento y programación</w:t>
            </w:r>
          </w:p>
        </w:tc>
        <w:tc>
          <w:tcPr>
            <w:tcW w:w="3260" w:type="dxa"/>
          </w:tcPr>
          <w:p w14:paraId="35033EE4" w14:textId="3B52E967" w:rsidR="00680D8E" w:rsidRDefault="003F5987">
            <w:hyperlink r:id="rId14" w:history="1">
              <w:r w:rsidRPr="00F05167">
                <w:rPr>
                  <w:rStyle w:val="Hipervnculo"/>
                </w:rPr>
                <w:t>https://chat.deepseek.com/</w:t>
              </w:r>
            </w:hyperlink>
          </w:p>
          <w:p w14:paraId="38079DDD" w14:textId="77777777" w:rsidR="003F5987" w:rsidRDefault="003F5987"/>
        </w:tc>
      </w:tr>
      <w:tr w:rsidR="00680D8E" w14:paraId="6EB5F496" w14:textId="77777777" w:rsidTr="006F18A3">
        <w:tc>
          <w:tcPr>
            <w:tcW w:w="562" w:type="dxa"/>
          </w:tcPr>
          <w:p w14:paraId="0AF41745" w14:textId="77777777" w:rsidR="00680D8E" w:rsidRDefault="00000000">
            <w:r>
              <w:t>8</w:t>
            </w:r>
          </w:p>
        </w:tc>
        <w:tc>
          <w:tcPr>
            <w:tcW w:w="1985" w:type="dxa"/>
          </w:tcPr>
          <w:p w14:paraId="512D677D" w14:textId="77777777" w:rsidR="00680D8E" w:rsidRDefault="00000000" w:rsidP="003F5987">
            <w:pPr>
              <w:jc w:val="center"/>
            </w:pPr>
            <w:r>
              <w:t>Meta AI</w:t>
            </w:r>
          </w:p>
        </w:tc>
        <w:tc>
          <w:tcPr>
            <w:tcW w:w="3544" w:type="dxa"/>
          </w:tcPr>
          <w:p w14:paraId="55E813CE" w14:textId="77777777" w:rsidR="00680D8E" w:rsidRDefault="00000000">
            <w:r>
              <w:t>Asistente multimodal</w:t>
            </w:r>
          </w:p>
        </w:tc>
        <w:tc>
          <w:tcPr>
            <w:tcW w:w="3260" w:type="dxa"/>
          </w:tcPr>
          <w:p w14:paraId="316F7835" w14:textId="5CDC0CD2" w:rsidR="00680D8E" w:rsidRDefault="003F5987">
            <w:hyperlink r:id="rId15" w:history="1">
              <w:r w:rsidRPr="00F05167">
                <w:rPr>
                  <w:rStyle w:val="Hipervnculo"/>
                </w:rPr>
                <w:t>https://www.meta.ai/</w:t>
              </w:r>
            </w:hyperlink>
          </w:p>
          <w:p w14:paraId="434CA72B" w14:textId="77777777" w:rsidR="003F5987" w:rsidRDefault="003F5987"/>
        </w:tc>
      </w:tr>
      <w:tr w:rsidR="00680D8E" w14:paraId="68538FCA" w14:textId="77777777" w:rsidTr="006F18A3">
        <w:tc>
          <w:tcPr>
            <w:tcW w:w="562" w:type="dxa"/>
          </w:tcPr>
          <w:p w14:paraId="557501C5" w14:textId="77777777" w:rsidR="00680D8E" w:rsidRDefault="00000000">
            <w:r>
              <w:t>9</w:t>
            </w:r>
          </w:p>
        </w:tc>
        <w:tc>
          <w:tcPr>
            <w:tcW w:w="1985" w:type="dxa"/>
          </w:tcPr>
          <w:p w14:paraId="04D1D656" w14:textId="77777777" w:rsidR="00680D8E" w:rsidRDefault="00000000" w:rsidP="003F5987">
            <w:pPr>
              <w:jc w:val="center"/>
            </w:pPr>
            <w:r>
              <w:t>Le Chat</w:t>
            </w:r>
          </w:p>
        </w:tc>
        <w:tc>
          <w:tcPr>
            <w:tcW w:w="3544" w:type="dxa"/>
          </w:tcPr>
          <w:p w14:paraId="011846B6" w14:textId="77777777" w:rsidR="00680D8E" w:rsidRDefault="00000000">
            <w:r>
              <w:t>Asistente de Mistral AI</w:t>
            </w:r>
          </w:p>
        </w:tc>
        <w:tc>
          <w:tcPr>
            <w:tcW w:w="3260" w:type="dxa"/>
          </w:tcPr>
          <w:p w14:paraId="15999F40" w14:textId="42C7D0F2" w:rsidR="00680D8E" w:rsidRDefault="003F5987">
            <w:hyperlink r:id="rId16" w:history="1">
              <w:r w:rsidRPr="00F05167">
                <w:rPr>
                  <w:rStyle w:val="Hipervnculo"/>
                </w:rPr>
                <w:t>https://chat.mistral.ai/</w:t>
              </w:r>
            </w:hyperlink>
          </w:p>
          <w:p w14:paraId="1B5D60B4" w14:textId="77777777" w:rsidR="003F5987" w:rsidRDefault="003F5987"/>
        </w:tc>
      </w:tr>
      <w:tr w:rsidR="00680D8E" w14:paraId="2DB7E31F" w14:textId="77777777" w:rsidTr="006F18A3">
        <w:tc>
          <w:tcPr>
            <w:tcW w:w="562" w:type="dxa"/>
          </w:tcPr>
          <w:p w14:paraId="68C018C7" w14:textId="77777777" w:rsidR="00680D8E" w:rsidRDefault="00000000">
            <w:r>
              <w:t>10</w:t>
            </w:r>
          </w:p>
        </w:tc>
        <w:tc>
          <w:tcPr>
            <w:tcW w:w="1985" w:type="dxa"/>
          </w:tcPr>
          <w:p w14:paraId="2C836B1A" w14:textId="77777777" w:rsidR="00680D8E" w:rsidRDefault="00000000" w:rsidP="003F5987">
            <w:pPr>
              <w:jc w:val="center"/>
            </w:pPr>
            <w:r>
              <w:t>Qwen</w:t>
            </w:r>
          </w:p>
        </w:tc>
        <w:tc>
          <w:tcPr>
            <w:tcW w:w="3544" w:type="dxa"/>
          </w:tcPr>
          <w:p w14:paraId="48B091FF" w14:textId="77777777" w:rsidR="00680D8E" w:rsidRDefault="00000000">
            <w:r>
              <w:t>Chat, razonamiento y código</w:t>
            </w:r>
          </w:p>
        </w:tc>
        <w:tc>
          <w:tcPr>
            <w:tcW w:w="3260" w:type="dxa"/>
          </w:tcPr>
          <w:p w14:paraId="0B2C25C7" w14:textId="34FBF3C7" w:rsidR="00680D8E" w:rsidRDefault="003F5987">
            <w:hyperlink r:id="rId17" w:history="1">
              <w:r w:rsidRPr="00F05167">
                <w:rPr>
                  <w:rStyle w:val="Hipervnculo"/>
                </w:rPr>
                <w:t>https://chat.qwen.ai/</w:t>
              </w:r>
            </w:hyperlink>
          </w:p>
          <w:p w14:paraId="38DDBD67" w14:textId="77777777" w:rsidR="003F5987" w:rsidRDefault="003F5987"/>
        </w:tc>
      </w:tr>
      <w:tr w:rsidR="00680D8E" w14:paraId="142D614E" w14:textId="77777777" w:rsidTr="006F18A3">
        <w:tc>
          <w:tcPr>
            <w:tcW w:w="562" w:type="dxa"/>
          </w:tcPr>
          <w:p w14:paraId="0290F9C7" w14:textId="77777777" w:rsidR="00680D8E" w:rsidRDefault="00000000">
            <w:r>
              <w:t>11</w:t>
            </w:r>
          </w:p>
        </w:tc>
        <w:tc>
          <w:tcPr>
            <w:tcW w:w="1985" w:type="dxa"/>
          </w:tcPr>
          <w:p w14:paraId="0ECAEEC9" w14:textId="77777777" w:rsidR="00680D8E" w:rsidRDefault="00000000" w:rsidP="003F5987">
            <w:pPr>
              <w:jc w:val="center"/>
            </w:pPr>
            <w:r>
              <w:t>Poe</w:t>
            </w:r>
          </w:p>
        </w:tc>
        <w:tc>
          <w:tcPr>
            <w:tcW w:w="3544" w:type="dxa"/>
          </w:tcPr>
          <w:p w14:paraId="1A373DEF" w14:textId="77777777" w:rsidR="00680D8E" w:rsidRDefault="00000000">
            <w:r>
              <w:t>Acceso a múltiples modelos</w:t>
            </w:r>
          </w:p>
        </w:tc>
        <w:tc>
          <w:tcPr>
            <w:tcW w:w="3260" w:type="dxa"/>
          </w:tcPr>
          <w:p w14:paraId="69146607" w14:textId="033F5F4F" w:rsidR="00680D8E" w:rsidRDefault="003F5987">
            <w:hyperlink r:id="rId18" w:history="1">
              <w:r w:rsidRPr="00F05167">
                <w:rPr>
                  <w:rStyle w:val="Hipervnculo"/>
                </w:rPr>
                <w:t>https://poe.com/</w:t>
              </w:r>
            </w:hyperlink>
          </w:p>
          <w:p w14:paraId="544FCB0C" w14:textId="77777777" w:rsidR="003F5987" w:rsidRDefault="003F5987"/>
        </w:tc>
      </w:tr>
      <w:tr w:rsidR="00680D8E" w14:paraId="68988215" w14:textId="77777777" w:rsidTr="006F18A3">
        <w:tc>
          <w:tcPr>
            <w:tcW w:w="562" w:type="dxa"/>
          </w:tcPr>
          <w:p w14:paraId="2BFAADED" w14:textId="77777777" w:rsidR="00680D8E" w:rsidRDefault="00000000">
            <w:r>
              <w:t>12</w:t>
            </w:r>
          </w:p>
        </w:tc>
        <w:tc>
          <w:tcPr>
            <w:tcW w:w="1985" w:type="dxa"/>
          </w:tcPr>
          <w:p w14:paraId="4AEF269A" w14:textId="77777777" w:rsidR="00680D8E" w:rsidRDefault="00000000" w:rsidP="003F5987">
            <w:pPr>
              <w:jc w:val="center"/>
            </w:pPr>
            <w:r>
              <w:t>Character.AI</w:t>
            </w:r>
          </w:p>
        </w:tc>
        <w:tc>
          <w:tcPr>
            <w:tcW w:w="3544" w:type="dxa"/>
          </w:tcPr>
          <w:p w14:paraId="53A8C30D" w14:textId="77777777" w:rsidR="00680D8E" w:rsidRDefault="00000000">
            <w:r>
              <w:t>Personajes y conversación</w:t>
            </w:r>
          </w:p>
        </w:tc>
        <w:tc>
          <w:tcPr>
            <w:tcW w:w="3260" w:type="dxa"/>
          </w:tcPr>
          <w:p w14:paraId="20777D0C" w14:textId="696D8D1A" w:rsidR="00680D8E" w:rsidRDefault="003F5987">
            <w:hyperlink r:id="rId19" w:history="1">
              <w:r w:rsidRPr="00F05167">
                <w:rPr>
                  <w:rStyle w:val="Hipervnculo"/>
                </w:rPr>
                <w:t>https://character.ai/</w:t>
              </w:r>
            </w:hyperlink>
          </w:p>
          <w:p w14:paraId="0C4FB326" w14:textId="2FF496DC" w:rsidR="003F5987" w:rsidRDefault="003F5987"/>
        </w:tc>
      </w:tr>
    </w:tbl>
    <w:p w14:paraId="3DC35232" w14:textId="77777777" w:rsidR="00680D8E" w:rsidRDefault="00000000">
      <w:pPr>
        <w:pStyle w:val="Ttulo1"/>
      </w:pPr>
      <w:r>
        <w:t>2. Investigación, búsqueda y conocimiento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985"/>
        <w:gridCol w:w="3544"/>
        <w:gridCol w:w="3260"/>
      </w:tblGrid>
      <w:tr w:rsidR="00680D8E" w14:paraId="44AE8839" w14:textId="77777777" w:rsidTr="006F18A3">
        <w:tc>
          <w:tcPr>
            <w:tcW w:w="562" w:type="dxa"/>
            <w:shd w:val="clear" w:color="auto" w:fill="17365D" w:themeFill="text2" w:themeFillShade="BF"/>
          </w:tcPr>
          <w:p w14:paraId="09351797" w14:textId="77777777" w:rsidR="00680D8E" w:rsidRDefault="00000000">
            <w:r>
              <w:t>#</w:t>
            </w:r>
          </w:p>
        </w:tc>
        <w:tc>
          <w:tcPr>
            <w:tcW w:w="1985" w:type="dxa"/>
            <w:shd w:val="clear" w:color="auto" w:fill="17365D" w:themeFill="text2" w:themeFillShade="BF"/>
          </w:tcPr>
          <w:p w14:paraId="54D6C403" w14:textId="77777777" w:rsidR="00680D8E" w:rsidRPr="006F18A3" w:rsidRDefault="00000000" w:rsidP="006F18A3">
            <w:pPr>
              <w:jc w:val="center"/>
              <w:rPr>
                <w:b/>
                <w:bCs/>
                <w:sz w:val="24"/>
                <w:szCs w:val="24"/>
              </w:rPr>
            </w:pPr>
            <w:r w:rsidRPr="006F18A3">
              <w:rPr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3544" w:type="dxa"/>
            <w:shd w:val="clear" w:color="auto" w:fill="17365D" w:themeFill="text2" w:themeFillShade="BF"/>
          </w:tcPr>
          <w:p w14:paraId="4E2A7DDB" w14:textId="77777777" w:rsidR="00680D8E" w:rsidRPr="006F18A3" w:rsidRDefault="00000000" w:rsidP="006F18A3">
            <w:pPr>
              <w:jc w:val="center"/>
              <w:rPr>
                <w:b/>
                <w:bCs/>
                <w:sz w:val="24"/>
                <w:szCs w:val="24"/>
              </w:rPr>
            </w:pPr>
            <w:r w:rsidRPr="006F18A3">
              <w:rPr>
                <w:b/>
                <w:bCs/>
                <w:sz w:val="24"/>
                <w:szCs w:val="24"/>
              </w:rPr>
              <w:t>Uso principal</w:t>
            </w:r>
          </w:p>
        </w:tc>
        <w:tc>
          <w:tcPr>
            <w:tcW w:w="3260" w:type="dxa"/>
            <w:shd w:val="clear" w:color="auto" w:fill="17365D" w:themeFill="text2" w:themeFillShade="BF"/>
          </w:tcPr>
          <w:p w14:paraId="4F2B216F" w14:textId="77777777" w:rsidR="00680D8E" w:rsidRPr="006F18A3" w:rsidRDefault="00000000" w:rsidP="006F18A3">
            <w:pPr>
              <w:jc w:val="center"/>
              <w:rPr>
                <w:b/>
                <w:bCs/>
                <w:sz w:val="24"/>
                <w:szCs w:val="24"/>
              </w:rPr>
            </w:pPr>
            <w:r w:rsidRPr="006F18A3">
              <w:rPr>
                <w:b/>
                <w:bCs/>
                <w:sz w:val="24"/>
                <w:szCs w:val="24"/>
              </w:rPr>
              <w:t>Enlace directo</w:t>
            </w:r>
          </w:p>
        </w:tc>
      </w:tr>
      <w:tr w:rsidR="00680D8E" w14:paraId="4D4054DD" w14:textId="77777777" w:rsidTr="006F18A3">
        <w:tc>
          <w:tcPr>
            <w:tcW w:w="562" w:type="dxa"/>
          </w:tcPr>
          <w:p w14:paraId="76ACD7EF" w14:textId="77777777" w:rsidR="00680D8E" w:rsidRDefault="00000000">
            <w:r>
              <w:t>13</w:t>
            </w:r>
          </w:p>
        </w:tc>
        <w:tc>
          <w:tcPr>
            <w:tcW w:w="1985" w:type="dxa"/>
          </w:tcPr>
          <w:p w14:paraId="5FE4D4DF" w14:textId="77777777" w:rsidR="00680D8E" w:rsidRDefault="00000000">
            <w:r>
              <w:t>Perplexity</w:t>
            </w:r>
          </w:p>
        </w:tc>
        <w:tc>
          <w:tcPr>
            <w:tcW w:w="3544" w:type="dxa"/>
          </w:tcPr>
          <w:p w14:paraId="68C76253" w14:textId="77777777" w:rsidR="00680D8E" w:rsidRDefault="00000000">
            <w:r>
              <w:t>Investigación web</w:t>
            </w:r>
          </w:p>
        </w:tc>
        <w:tc>
          <w:tcPr>
            <w:tcW w:w="3260" w:type="dxa"/>
          </w:tcPr>
          <w:p w14:paraId="4413F8E5" w14:textId="77777777" w:rsidR="00680D8E" w:rsidRDefault="00000000">
            <w:r>
              <w:t>https://www.perplexity.ai/</w:t>
            </w:r>
          </w:p>
        </w:tc>
      </w:tr>
      <w:tr w:rsidR="00680D8E" w14:paraId="79961724" w14:textId="77777777" w:rsidTr="006F18A3">
        <w:tc>
          <w:tcPr>
            <w:tcW w:w="562" w:type="dxa"/>
          </w:tcPr>
          <w:p w14:paraId="38047CCD" w14:textId="77777777" w:rsidR="00680D8E" w:rsidRDefault="00000000">
            <w:r>
              <w:t>14</w:t>
            </w:r>
          </w:p>
        </w:tc>
        <w:tc>
          <w:tcPr>
            <w:tcW w:w="1985" w:type="dxa"/>
          </w:tcPr>
          <w:p w14:paraId="1F348823" w14:textId="77777777" w:rsidR="00680D8E" w:rsidRDefault="00000000">
            <w:r>
              <w:t>Elicit</w:t>
            </w:r>
          </w:p>
        </w:tc>
        <w:tc>
          <w:tcPr>
            <w:tcW w:w="3544" w:type="dxa"/>
          </w:tcPr>
          <w:p w14:paraId="3D575B04" w14:textId="77777777" w:rsidR="00680D8E" w:rsidRDefault="00000000">
            <w:r>
              <w:t>Investigación académica</w:t>
            </w:r>
          </w:p>
        </w:tc>
        <w:tc>
          <w:tcPr>
            <w:tcW w:w="3260" w:type="dxa"/>
          </w:tcPr>
          <w:p w14:paraId="5B4B7A0C" w14:textId="77777777" w:rsidR="00680D8E" w:rsidRDefault="00000000">
            <w:r>
              <w:t>https://elicit.com/</w:t>
            </w:r>
          </w:p>
        </w:tc>
      </w:tr>
      <w:tr w:rsidR="00680D8E" w14:paraId="056870C9" w14:textId="77777777" w:rsidTr="006F18A3">
        <w:tc>
          <w:tcPr>
            <w:tcW w:w="562" w:type="dxa"/>
          </w:tcPr>
          <w:p w14:paraId="0E02B8CA" w14:textId="77777777" w:rsidR="00680D8E" w:rsidRDefault="00000000">
            <w:r>
              <w:t>15</w:t>
            </w:r>
          </w:p>
        </w:tc>
        <w:tc>
          <w:tcPr>
            <w:tcW w:w="1985" w:type="dxa"/>
          </w:tcPr>
          <w:p w14:paraId="1977E8D7" w14:textId="77777777" w:rsidR="00680D8E" w:rsidRDefault="00000000">
            <w:r>
              <w:t>Consensus</w:t>
            </w:r>
          </w:p>
        </w:tc>
        <w:tc>
          <w:tcPr>
            <w:tcW w:w="3544" w:type="dxa"/>
          </w:tcPr>
          <w:p w14:paraId="282C3036" w14:textId="77777777" w:rsidR="00680D8E" w:rsidRDefault="00000000">
            <w:r>
              <w:t>Papers científicos</w:t>
            </w:r>
          </w:p>
        </w:tc>
        <w:tc>
          <w:tcPr>
            <w:tcW w:w="3260" w:type="dxa"/>
          </w:tcPr>
          <w:p w14:paraId="4242529F" w14:textId="77777777" w:rsidR="00680D8E" w:rsidRDefault="00000000">
            <w:r>
              <w:t>https://consensus.app/</w:t>
            </w:r>
          </w:p>
        </w:tc>
      </w:tr>
      <w:tr w:rsidR="00680D8E" w14:paraId="3F39FE17" w14:textId="77777777" w:rsidTr="006F18A3">
        <w:tc>
          <w:tcPr>
            <w:tcW w:w="562" w:type="dxa"/>
          </w:tcPr>
          <w:p w14:paraId="12BB8C64" w14:textId="77777777" w:rsidR="00680D8E" w:rsidRDefault="00000000">
            <w:r>
              <w:t>16</w:t>
            </w:r>
          </w:p>
        </w:tc>
        <w:tc>
          <w:tcPr>
            <w:tcW w:w="1985" w:type="dxa"/>
          </w:tcPr>
          <w:p w14:paraId="400582BD" w14:textId="77777777" w:rsidR="00680D8E" w:rsidRDefault="00000000">
            <w:r>
              <w:t>Semantic Scholar</w:t>
            </w:r>
          </w:p>
        </w:tc>
        <w:tc>
          <w:tcPr>
            <w:tcW w:w="3544" w:type="dxa"/>
          </w:tcPr>
          <w:p w14:paraId="2E755F28" w14:textId="77777777" w:rsidR="00680D8E" w:rsidRDefault="00000000">
            <w:r>
              <w:t>Literatura científica</w:t>
            </w:r>
          </w:p>
        </w:tc>
        <w:tc>
          <w:tcPr>
            <w:tcW w:w="3260" w:type="dxa"/>
          </w:tcPr>
          <w:p w14:paraId="67D05AD8" w14:textId="77777777" w:rsidR="00680D8E" w:rsidRDefault="00000000">
            <w:r>
              <w:t>https://www.semanticscholar.org/</w:t>
            </w:r>
          </w:p>
        </w:tc>
      </w:tr>
      <w:tr w:rsidR="00680D8E" w14:paraId="6832E371" w14:textId="77777777" w:rsidTr="006F18A3">
        <w:tc>
          <w:tcPr>
            <w:tcW w:w="562" w:type="dxa"/>
          </w:tcPr>
          <w:p w14:paraId="2ED5883B" w14:textId="77777777" w:rsidR="00680D8E" w:rsidRDefault="00000000">
            <w:r>
              <w:t>17</w:t>
            </w:r>
          </w:p>
        </w:tc>
        <w:tc>
          <w:tcPr>
            <w:tcW w:w="1985" w:type="dxa"/>
          </w:tcPr>
          <w:p w14:paraId="50D80B09" w14:textId="77777777" w:rsidR="00680D8E" w:rsidRDefault="00000000">
            <w:r>
              <w:t>Scite</w:t>
            </w:r>
          </w:p>
        </w:tc>
        <w:tc>
          <w:tcPr>
            <w:tcW w:w="3544" w:type="dxa"/>
          </w:tcPr>
          <w:p w14:paraId="0B2C3CAD" w14:textId="77777777" w:rsidR="00680D8E" w:rsidRDefault="00000000">
            <w:r>
              <w:t>Citas y literatura científica</w:t>
            </w:r>
          </w:p>
        </w:tc>
        <w:tc>
          <w:tcPr>
            <w:tcW w:w="3260" w:type="dxa"/>
          </w:tcPr>
          <w:p w14:paraId="3B207B9C" w14:textId="77777777" w:rsidR="00680D8E" w:rsidRDefault="00000000">
            <w:r>
              <w:t>https://scite.ai/</w:t>
            </w:r>
          </w:p>
        </w:tc>
      </w:tr>
      <w:tr w:rsidR="00680D8E" w14:paraId="4D1BA428" w14:textId="77777777" w:rsidTr="006F18A3">
        <w:tc>
          <w:tcPr>
            <w:tcW w:w="562" w:type="dxa"/>
          </w:tcPr>
          <w:p w14:paraId="034C42BE" w14:textId="77777777" w:rsidR="00680D8E" w:rsidRDefault="00000000">
            <w:r>
              <w:t>18</w:t>
            </w:r>
          </w:p>
        </w:tc>
        <w:tc>
          <w:tcPr>
            <w:tcW w:w="1985" w:type="dxa"/>
          </w:tcPr>
          <w:p w14:paraId="1FA91A96" w14:textId="77777777" w:rsidR="00680D8E" w:rsidRDefault="00000000">
            <w:r>
              <w:t>NotebookLM</w:t>
            </w:r>
          </w:p>
        </w:tc>
        <w:tc>
          <w:tcPr>
            <w:tcW w:w="3544" w:type="dxa"/>
          </w:tcPr>
          <w:p w14:paraId="356DC2BD" w14:textId="77777777" w:rsidR="00680D8E" w:rsidRDefault="00000000">
            <w:r>
              <w:t>Investigación sobre documentos</w:t>
            </w:r>
          </w:p>
        </w:tc>
        <w:tc>
          <w:tcPr>
            <w:tcW w:w="3260" w:type="dxa"/>
          </w:tcPr>
          <w:p w14:paraId="4ED499C3" w14:textId="77777777" w:rsidR="00680D8E" w:rsidRDefault="00000000">
            <w:r>
              <w:t>https://notebooklm.google.com/</w:t>
            </w:r>
          </w:p>
        </w:tc>
      </w:tr>
      <w:tr w:rsidR="00680D8E" w14:paraId="6A97B07C" w14:textId="77777777" w:rsidTr="006F18A3">
        <w:tc>
          <w:tcPr>
            <w:tcW w:w="562" w:type="dxa"/>
          </w:tcPr>
          <w:p w14:paraId="387575F6" w14:textId="77777777" w:rsidR="00680D8E" w:rsidRDefault="00000000">
            <w:r>
              <w:t>19</w:t>
            </w:r>
          </w:p>
        </w:tc>
        <w:tc>
          <w:tcPr>
            <w:tcW w:w="1985" w:type="dxa"/>
          </w:tcPr>
          <w:p w14:paraId="0D3B39A2" w14:textId="77777777" w:rsidR="00680D8E" w:rsidRDefault="00000000">
            <w:r>
              <w:t>You.com</w:t>
            </w:r>
          </w:p>
        </w:tc>
        <w:tc>
          <w:tcPr>
            <w:tcW w:w="3544" w:type="dxa"/>
          </w:tcPr>
          <w:p w14:paraId="341EB878" w14:textId="77777777" w:rsidR="00680D8E" w:rsidRDefault="00000000">
            <w:r>
              <w:t>Búsqueda asistida por IA</w:t>
            </w:r>
          </w:p>
        </w:tc>
        <w:tc>
          <w:tcPr>
            <w:tcW w:w="3260" w:type="dxa"/>
          </w:tcPr>
          <w:p w14:paraId="1997AB6A" w14:textId="77777777" w:rsidR="00680D8E" w:rsidRDefault="00000000">
            <w:r>
              <w:t>https://you.com/</w:t>
            </w:r>
          </w:p>
        </w:tc>
      </w:tr>
      <w:tr w:rsidR="00680D8E" w14:paraId="7C07E3E9" w14:textId="77777777" w:rsidTr="006F18A3">
        <w:tc>
          <w:tcPr>
            <w:tcW w:w="562" w:type="dxa"/>
          </w:tcPr>
          <w:p w14:paraId="585A80FA" w14:textId="77777777" w:rsidR="00680D8E" w:rsidRDefault="00000000">
            <w:r>
              <w:t>20</w:t>
            </w:r>
          </w:p>
        </w:tc>
        <w:tc>
          <w:tcPr>
            <w:tcW w:w="1985" w:type="dxa"/>
          </w:tcPr>
          <w:p w14:paraId="2312E14C" w14:textId="77777777" w:rsidR="00680D8E" w:rsidRDefault="00000000">
            <w:r>
              <w:t>Phind</w:t>
            </w:r>
          </w:p>
        </w:tc>
        <w:tc>
          <w:tcPr>
            <w:tcW w:w="3544" w:type="dxa"/>
          </w:tcPr>
          <w:p w14:paraId="2659D85C" w14:textId="77777777" w:rsidR="00680D8E" w:rsidRDefault="00000000">
            <w:r>
              <w:t>Investigación técnica/programación</w:t>
            </w:r>
          </w:p>
        </w:tc>
        <w:tc>
          <w:tcPr>
            <w:tcW w:w="3260" w:type="dxa"/>
          </w:tcPr>
          <w:p w14:paraId="5FCDFA4A" w14:textId="77777777" w:rsidR="00680D8E" w:rsidRDefault="00000000">
            <w:r>
              <w:t>https://www.phind.com/</w:t>
            </w:r>
          </w:p>
        </w:tc>
      </w:tr>
      <w:tr w:rsidR="00680D8E" w14:paraId="028B2E09" w14:textId="77777777" w:rsidTr="006F18A3">
        <w:tc>
          <w:tcPr>
            <w:tcW w:w="562" w:type="dxa"/>
          </w:tcPr>
          <w:p w14:paraId="55BF6B96" w14:textId="77777777" w:rsidR="00680D8E" w:rsidRDefault="00000000">
            <w:r>
              <w:t>21</w:t>
            </w:r>
          </w:p>
        </w:tc>
        <w:tc>
          <w:tcPr>
            <w:tcW w:w="1985" w:type="dxa"/>
          </w:tcPr>
          <w:p w14:paraId="2B8F42C5" w14:textId="77777777" w:rsidR="00680D8E" w:rsidRDefault="00000000">
            <w:r>
              <w:t>Andi</w:t>
            </w:r>
          </w:p>
        </w:tc>
        <w:tc>
          <w:tcPr>
            <w:tcW w:w="3544" w:type="dxa"/>
          </w:tcPr>
          <w:p w14:paraId="32013AE9" w14:textId="77777777" w:rsidR="00680D8E" w:rsidRDefault="00000000">
            <w:r>
              <w:t>Búsqueda conversacional</w:t>
            </w:r>
          </w:p>
        </w:tc>
        <w:tc>
          <w:tcPr>
            <w:tcW w:w="3260" w:type="dxa"/>
          </w:tcPr>
          <w:p w14:paraId="743DD116" w14:textId="77777777" w:rsidR="00680D8E" w:rsidRDefault="00000000">
            <w:r>
              <w:t>https://andisearch.com/</w:t>
            </w:r>
          </w:p>
        </w:tc>
      </w:tr>
      <w:tr w:rsidR="00680D8E" w14:paraId="306A5A68" w14:textId="77777777" w:rsidTr="006F18A3">
        <w:tc>
          <w:tcPr>
            <w:tcW w:w="562" w:type="dxa"/>
          </w:tcPr>
          <w:p w14:paraId="3071B842" w14:textId="77777777" w:rsidR="00680D8E" w:rsidRDefault="00000000">
            <w:r>
              <w:t>22</w:t>
            </w:r>
          </w:p>
        </w:tc>
        <w:tc>
          <w:tcPr>
            <w:tcW w:w="1985" w:type="dxa"/>
          </w:tcPr>
          <w:p w14:paraId="15B67D2B" w14:textId="77777777" w:rsidR="00680D8E" w:rsidRDefault="00000000">
            <w:r>
              <w:t>Wolfram Alpha</w:t>
            </w:r>
          </w:p>
        </w:tc>
        <w:tc>
          <w:tcPr>
            <w:tcW w:w="3544" w:type="dxa"/>
          </w:tcPr>
          <w:p w14:paraId="14ECA627" w14:textId="77777777" w:rsidR="00680D8E" w:rsidRDefault="00000000">
            <w:r>
              <w:t>Matemáticas y conocimiento computacional</w:t>
            </w:r>
          </w:p>
        </w:tc>
        <w:tc>
          <w:tcPr>
            <w:tcW w:w="3260" w:type="dxa"/>
          </w:tcPr>
          <w:p w14:paraId="55AEDD3D" w14:textId="77777777" w:rsidR="00680D8E" w:rsidRDefault="00000000">
            <w:r>
              <w:t>https://www.wolframalpha.com/</w:t>
            </w:r>
          </w:p>
        </w:tc>
      </w:tr>
    </w:tbl>
    <w:p w14:paraId="2F0FC471" w14:textId="77777777" w:rsidR="006F18A3" w:rsidRDefault="006F18A3">
      <w:pPr>
        <w:pStyle w:val="Ttulo1"/>
      </w:pPr>
    </w:p>
    <w:p w14:paraId="1E193266" w14:textId="77777777" w:rsidR="009B127A" w:rsidRPr="009B127A" w:rsidRDefault="009B127A" w:rsidP="009B127A"/>
    <w:p w14:paraId="7B1B1B2C" w14:textId="4A7CC148" w:rsidR="00680D8E" w:rsidRDefault="00000000">
      <w:pPr>
        <w:pStyle w:val="Ttulo1"/>
      </w:pPr>
      <w:r>
        <w:t>3. Escritura, corrección y contenido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701"/>
        <w:gridCol w:w="3494"/>
        <w:gridCol w:w="3594"/>
      </w:tblGrid>
      <w:tr w:rsidR="00680D8E" w14:paraId="28E25F54" w14:textId="77777777" w:rsidTr="006F18A3">
        <w:tc>
          <w:tcPr>
            <w:tcW w:w="562" w:type="dxa"/>
            <w:shd w:val="clear" w:color="auto" w:fill="17365D" w:themeFill="text2" w:themeFillShade="BF"/>
          </w:tcPr>
          <w:p w14:paraId="59EE6D8E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#</w:t>
            </w:r>
          </w:p>
        </w:tc>
        <w:tc>
          <w:tcPr>
            <w:tcW w:w="1701" w:type="dxa"/>
            <w:shd w:val="clear" w:color="auto" w:fill="17365D" w:themeFill="text2" w:themeFillShade="BF"/>
          </w:tcPr>
          <w:p w14:paraId="2AEDC31E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IA</w:t>
            </w:r>
          </w:p>
        </w:tc>
        <w:tc>
          <w:tcPr>
            <w:tcW w:w="3494" w:type="dxa"/>
            <w:shd w:val="clear" w:color="auto" w:fill="17365D" w:themeFill="text2" w:themeFillShade="BF"/>
          </w:tcPr>
          <w:p w14:paraId="7E632A44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Uso principal</w:t>
            </w:r>
          </w:p>
        </w:tc>
        <w:tc>
          <w:tcPr>
            <w:tcW w:w="3594" w:type="dxa"/>
            <w:shd w:val="clear" w:color="auto" w:fill="17365D" w:themeFill="text2" w:themeFillShade="BF"/>
          </w:tcPr>
          <w:p w14:paraId="3D5960C6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Enlace directo</w:t>
            </w:r>
          </w:p>
        </w:tc>
      </w:tr>
      <w:tr w:rsidR="00680D8E" w14:paraId="583C5E6E" w14:textId="77777777" w:rsidTr="006F18A3">
        <w:tc>
          <w:tcPr>
            <w:tcW w:w="562" w:type="dxa"/>
          </w:tcPr>
          <w:p w14:paraId="0F6FD35D" w14:textId="77777777" w:rsidR="00680D8E" w:rsidRDefault="00000000">
            <w:r>
              <w:t>23</w:t>
            </w:r>
          </w:p>
        </w:tc>
        <w:tc>
          <w:tcPr>
            <w:tcW w:w="1701" w:type="dxa"/>
          </w:tcPr>
          <w:p w14:paraId="500C52F4" w14:textId="77777777" w:rsidR="00680D8E" w:rsidRDefault="00000000">
            <w:r>
              <w:t>Grammarly</w:t>
            </w:r>
          </w:p>
        </w:tc>
        <w:tc>
          <w:tcPr>
            <w:tcW w:w="3494" w:type="dxa"/>
          </w:tcPr>
          <w:p w14:paraId="03D72F04" w14:textId="77777777" w:rsidR="00680D8E" w:rsidRDefault="00000000">
            <w:r>
              <w:t>Corrección y escritura</w:t>
            </w:r>
          </w:p>
        </w:tc>
        <w:tc>
          <w:tcPr>
            <w:tcW w:w="3594" w:type="dxa"/>
          </w:tcPr>
          <w:p w14:paraId="71334DCB" w14:textId="77777777" w:rsidR="00680D8E" w:rsidRDefault="00000000">
            <w:r>
              <w:t>https://www.grammarly.com/</w:t>
            </w:r>
          </w:p>
        </w:tc>
      </w:tr>
      <w:tr w:rsidR="00680D8E" w14:paraId="1CD1211D" w14:textId="77777777" w:rsidTr="006F18A3">
        <w:tc>
          <w:tcPr>
            <w:tcW w:w="562" w:type="dxa"/>
          </w:tcPr>
          <w:p w14:paraId="1EFF7B34" w14:textId="77777777" w:rsidR="00680D8E" w:rsidRDefault="00000000">
            <w:r>
              <w:t>24</w:t>
            </w:r>
          </w:p>
        </w:tc>
        <w:tc>
          <w:tcPr>
            <w:tcW w:w="1701" w:type="dxa"/>
          </w:tcPr>
          <w:p w14:paraId="4A263A2E" w14:textId="77777777" w:rsidR="00680D8E" w:rsidRDefault="00000000">
            <w:r>
              <w:t>QuillBot</w:t>
            </w:r>
          </w:p>
        </w:tc>
        <w:tc>
          <w:tcPr>
            <w:tcW w:w="3494" w:type="dxa"/>
          </w:tcPr>
          <w:p w14:paraId="3792CAB5" w14:textId="77777777" w:rsidR="00680D8E" w:rsidRDefault="00000000">
            <w:r>
              <w:t>Parafraseo y escritura</w:t>
            </w:r>
          </w:p>
        </w:tc>
        <w:tc>
          <w:tcPr>
            <w:tcW w:w="3594" w:type="dxa"/>
          </w:tcPr>
          <w:p w14:paraId="15774CFC" w14:textId="77777777" w:rsidR="00680D8E" w:rsidRDefault="00000000">
            <w:r>
              <w:t>https://quillbot.com/</w:t>
            </w:r>
          </w:p>
        </w:tc>
      </w:tr>
      <w:tr w:rsidR="00680D8E" w14:paraId="34101BF9" w14:textId="77777777" w:rsidTr="006F18A3">
        <w:tc>
          <w:tcPr>
            <w:tcW w:w="562" w:type="dxa"/>
          </w:tcPr>
          <w:p w14:paraId="1DF0068A" w14:textId="77777777" w:rsidR="00680D8E" w:rsidRDefault="00000000">
            <w:r>
              <w:t>25</w:t>
            </w:r>
          </w:p>
        </w:tc>
        <w:tc>
          <w:tcPr>
            <w:tcW w:w="1701" w:type="dxa"/>
          </w:tcPr>
          <w:p w14:paraId="1C37AE08" w14:textId="77777777" w:rsidR="00680D8E" w:rsidRDefault="00000000">
            <w:r>
              <w:t>Jasper</w:t>
            </w:r>
          </w:p>
        </w:tc>
        <w:tc>
          <w:tcPr>
            <w:tcW w:w="3494" w:type="dxa"/>
          </w:tcPr>
          <w:p w14:paraId="1F1C30D7" w14:textId="77777777" w:rsidR="00680D8E" w:rsidRDefault="00000000">
            <w:r>
              <w:t>Marketing y contenido</w:t>
            </w:r>
          </w:p>
        </w:tc>
        <w:tc>
          <w:tcPr>
            <w:tcW w:w="3594" w:type="dxa"/>
          </w:tcPr>
          <w:p w14:paraId="178A69F8" w14:textId="77777777" w:rsidR="00680D8E" w:rsidRDefault="00000000">
            <w:r>
              <w:t>https://www.jasper.ai/</w:t>
            </w:r>
          </w:p>
        </w:tc>
      </w:tr>
      <w:tr w:rsidR="00680D8E" w14:paraId="02B82775" w14:textId="77777777" w:rsidTr="006F18A3">
        <w:tc>
          <w:tcPr>
            <w:tcW w:w="562" w:type="dxa"/>
          </w:tcPr>
          <w:p w14:paraId="690DE0DE" w14:textId="77777777" w:rsidR="00680D8E" w:rsidRDefault="00000000">
            <w:r>
              <w:t>26</w:t>
            </w:r>
          </w:p>
        </w:tc>
        <w:tc>
          <w:tcPr>
            <w:tcW w:w="1701" w:type="dxa"/>
          </w:tcPr>
          <w:p w14:paraId="54789471" w14:textId="77777777" w:rsidR="00680D8E" w:rsidRDefault="00000000">
            <w:r>
              <w:t>Copy.ai</w:t>
            </w:r>
          </w:p>
        </w:tc>
        <w:tc>
          <w:tcPr>
            <w:tcW w:w="3494" w:type="dxa"/>
          </w:tcPr>
          <w:p w14:paraId="30E38D31" w14:textId="77777777" w:rsidR="00680D8E" w:rsidRDefault="00000000">
            <w:r>
              <w:t>Marketing y copywriting</w:t>
            </w:r>
          </w:p>
        </w:tc>
        <w:tc>
          <w:tcPr>
            <w:tcW w:w="3594" w:type="dxa"/>
          </w:tcPr>
          <w:p w14:paraId="24AC57FC" w14:textId="77777777" w:rsidR="00680D8E" w:rsidRDefault="00000000">
            <w:r>
              <w:t>https://www.copy.ai/</w:t>
            </w:r>
          </w:p>
        </w:tc>
      </w:tr>
      <w:tr w:rsidR="00680D8E" w14:paraId="75C4C83B" w14:textId="77777777" w:rsidTr="006F18A3">
        <w:tc>
          <w:tcPr>
            <w:tcW w:w="562" w:type="dxa"/>
          </w:tcPr>
          <w:p w14:paraId="6DCE5CDD" w14:textId="77777777" w:rsidR="00680D8E" w:rsidRDefault="00000000">
            <w:r>
              <w:t>27</w:t>
            </w:r>
          </w:p>
        </w:tc>
        <w:tc>
          <w:tcPr>
            <w:tcW w:w="1701" w:type="dxa"/>
          </w:tcPr>
          <w:p w14:paraId="20CD6E52" w14:textId="77777777" w:rsidR="00680D8E" w:rsidRDefault="00000000">
            <w:r>
              <w:t>Writesonic</w:t>
            </w:r>
          </w:p>
        </w:tc>
        <w:tc>
          <w:tcPr>
            <w:tcW w:w="3494" w:type="dxa"/>
          </w:tcPr>
          <w:p w14:paraId="040DF6B7" w14:textId="77777777" w:rsidR="00680D8E" w:rsidRDefault="00000000">
            <w:r>
              <w:t>Contenido y marketing</w:t>
            </w:r>
          </w:p>
        </w:tc>
        <w:tc>
          <w:tcPr>
            <w:tcW w:w="3594" w:type="dxa"/>
          </w:tcPr>
          <w:p w14:paraId="26BE836E" w14:textId="77777777" w:rsidR="00680D8E" w:rsidRDefault="00000000">
            <w:r>
              <w:t>https://writesonic.com/</w:t>
            </w:r>
          </w:p>
        </w:tc>
      </w:tr>
      <w:tr w:rsidR="00680D8E" w14:paraId="0690D0EE" w14:textId="77777777" w:rsidTr="006F18A3">
        <w:tc>
          <w:tcPr>
            <w:tcW w:w="562" w:type="dxa"/>
          </w:tcPr>
          <w:p w14:paraId="19428542" w14:textId="77777777" w:rsidR="00680D8E" w:rsidRDefault="00000000">
            <w:r>
              <w:t>28</w:t>
            </w:r>
          </w:p>
        </w:tc>
        <w:tc>
          <w:tcPr>
            <w:tcW w:w="1701" w:type="dxa"/>
          </w:tcPr>
          <w:p w14:paraId="27FEF857" w14:textId="77777777" w:rsidR="00680D8E" w:rsidRDefault="00000000">
            <w:r>
              <w:t>Rytr</w:t>
            </w:r>
          </w:p>
        </w:tc>
        <w:tc>
          <w:tcPr>
            <w:tcW w:w="3494" w:type="dxa"/>
          </w:tcPr>
          <w:p w14:paraId="7B89E064" w14:textId="77777777" w:rsidR="00680D8E" w:rsidRDefault="00000000">
            <w:r>
              <w:t>Escritura asistida</w:t>
            </w:r>
          </w:p>
        </w:tc>
        <w:tc>
          <w:tcPr>
            <w:tcW w:w="3594" w:type="dxa"/>
          </w:tcPr>
          <w:p w14:paraId="737264C5" w14:textId="77777777" w:rsidR="00680D8E" w:rsidRDefault="00000000">
            <w:r>
              <w:t>https://rytr.me/</w:t>
            </w:r>
          </w:p>
        </w:tc>
      </w:tr>
      <w:tr w:rsidR="00680D8E" w14:paraId="01C91CAB" w14:textId="77777777" w:rsidTr="006F18A3">
        <w:tc>
          <w:tcPr>
            <w:tcW w:w="562" w:type="dxa"/>
          </w:tcPr>
          <w:p w14:paraId="7CABFB92" w14:textId="77777777" w:rsidR="00680D8E" w:rsidRDefault="00000000">
            <w:r>
              <w:t>29</w:t>
            </w:r>
          </w:p>
        </w:tc>
        <w:tc>
          <w:tcPr>
            <w:tcW w:w="1701" w:type="dxa"/>
          </w:tcPr>
          <w:p w14:paraId="6CDF0A52" w14:textId="77777777" w:rsidR="00680D8E" w:rsidRDefault="00000000">
            <w:r>
              <w:t>Wordtune</w:t>
            </w:r>
          </w:p>
        </w:tc>
        <w:tc>
          <w:tcPr>
            <w:tcW w:w="3494" w:type="dxa"/>
          </w:tcPr>
          <w:p w14:paraId="439BD66A" w14:textId="77777777" w:rsidR="00680D8E" w:rsidRDefault="00000000">
            <w:r>
              <w:t>Reescritura y edición</w:t>
            </w:r>
          </w:p>
        </w:tc>
        <w:tc>
          <w:tcPr>
            <w:tcW w:w="3594" w:type="dxa"/>
          </w:tcPr>
          <w:p w14:paraId="4C7D6644" w14:textId="77777777" w:rsidR="00680D8E" w:rsidRDefault="00000000">
            <w:r>
              <w:t>https://www.wordtune.com/</w:t>
            </w:r>
          </w:p>
        </w:tc>
      </w:tr>
      <w:tr w:rsidR="00680D8E" w14:paraId="7876DDCA" w14:textId="77777777" w:rsidTr="006F18A3">
        <w:tc>
          <w:tcPr>
            <w:tcW w:w="562" w:type="dxa"/>
          </w:tcPr>
          <w:p w14:paraId="1B5D770F" w14:textId="77777777" w:rsidR="00680D8E" w:rsidRDefault="00000000">
            <w:r>
              <w:t>30</w:t>
            </w:r>
          </w:p>
        </w:tc>
        <w:tc>
          <w:tcPr>
            <w:tcW w:w="1701" w:type="dxa"/>
          </w:tcPr>
          <w:p w14:paraId="6BAD30FF" w14:textId="77777777" w:rsidR="00680D8E" w:rsidRDefault="00000000">
            <w:r>
              <w:t>Sudowrite</w:t>
            </w:r>
          </w:p>
        </w:tc>
        <w:tc>
          <w:tcPr>
            <w:tcW w:w="3494" w:type="dxa"/>
          </w:tcPr>
          <w:p w14:paraId="6E3DA078" w14:textId="77777777" w:rsidR="00680D8E" w:rsidRDefault="00000000">
            <w:r>
              <w:t>Escritura creativa</w:t>
            </w:r>
          </w:p>
        </w:tc>
        <w:tc>
          <w:tcPr>
            <w:tcW w:w="3594" w:type="dxa"/>
          </w:tcPr>
          <w:p w14:paraId="4D4202EB" w14:textId="77777777" w:rsidR="00680D8E" w:rsidRDefault="00000000">
            <w:r>
              <w:t>https://www.sudowrite.com/</w:t>
            </w:r>
          </w:p>
        </w:tc>
      </w:tr>
      <w:tr w:rsidR="00680D8E" w14:paraId="2261A780" w14:textId="77777777" w:rsidTr="006F18A3">
        <w:tc>
          <w:tcPr>
            <w:tcW w:w="562" w:type="dxa"/>
          </w:tcPr>
          <w:p w14:paraId="03278838" w14:textId="77777777" w:rsidR="00680D8E" w:rsidRDefault="00000000">
            <w:r>
              <w:t>31</w:t>
            </w:r>
          </w:p>
        </w:tc>
        <w:tc>
          <w:tcPr>
            <w:tcW w:w="1701" w:type="dxa"/>
          </w:tcPr>
          <w:p w14:paraId="1EA18D4F" w14:textId="77777777" w:rsidR="00680D8E" w:rsidRDefault="00000000">
            <w:r>
              <w:t>Anyword</w:t>
            </w:r>
          </w:p>
        </w:tc>
        <w:tc>
          <w:tcPr>
            <w:tcW w:w="3494" w:type="dxa"/>
          </w:tcPr>
          <w:p w14:paraId="36B6D5AF" w14:textId="77777777" w:rsidR="00680D8E" w:rsidRDefault="00000000">
            <w:r>
              <w:t>Copywriting</w:t>
            </w:r>
          </w:p>
        </w:tc>
        <w:tc>
          <w:tcPr>
            <w:tcW w:w="3594" w:type="dxa"/>
          </w:tcPr>
          <w:p w14:paraId="1F307E15" w14:textId="77777777" w:rsidR="00680D8E" w:rsidRDefault="00000000">
            <w:r>
              <w:t>https://www.anyword.com/</w:t>
            </w:r>
          </w:p>
        </w:tc>
      </w:tr>
      <w:tr w:rsidR="00680D8E" w14:paraId="0EAB5A87" w14:textId="77777777" w:rsidTr="006F18A3">
        <w:tc>
          <w:tcPr>
            <w:tcW w:w="562" w:type="dxa"/>
          </w:tcPr>
          <w:p w14:paraId="17639200" w14:textId="77777777" w:rsidR="00680D8E" w:rsidRDefault="00000000">
            <w:r>
              <w:t>32</w:t>
            </w:r>
          </w:p>
        </w:tc>
        <w:tc>
          <w:tcPr>
            <w:tcW w:w="1701" w:type="dxa"/>
          </w:tcPr>
          <w:p w14:paraId="61E4BBD3" w14:textId="77777777" w:rsidR="00680D8E" w:rsidRDefault="00000000">
            <w:r>
              <w:t>HyperWrite</w:t>
            </w:r>
          </w:p>
        </w:tc>
        <w:tc>
          <w:tcPr>
            <w:tcW w:w="3494" w:type="dxa"/>
          </w:tcPr>
          <w:p w14:paraId="1F0685D7" w14:textId="77777777" w:rsidR="00680D8E" w:rsidRDefault="00000000">
            <w:r>
              <w:t>Escritura y productividad</w:t>
            </w:r>
          </w:p>
        </w:tc>
        <w:tc>
          <w:tcPr>
            <w:tcW w:w="3594" w:type="dxa"/>
          </w:tcPr>
          <w:p w14:paraId="58494A11" w14:textId="77777777" w:rsidR="00680D8E" w:rsidRDefault="00000000">
            <w:r>
              <w:t>https://www.hyperwriteai.com/</w:t>
            </w:r>
          </w:p>
        </w:tc>
      </w:tr>
      <w:tr w:rsidR="00680D8E" w14:paraId="0C331E9A" w14:textId="77777777" w:rsidTr="006F18A3">
        <w:tc>
          <w:tcPr>
            <w:tcW w:w="562" w:type="dxa"/>
          </w:tcPr>
          <w:p w14:paraId="5EBC932E" w14:textId="77777777" w:rsidR="00680D8E" w:rsidRDefault="00000000">
            <w:r>
              <w:t>33</w:t>
            </w:r>
          </w:p>
        </w:tc>
        <w:tc>
          <w:tcPr>
            <w:tcW w:w="1701" w:type="dxa"/>
          </w:tcPr>
          <w:p w14:paraId="03673703" w14:textId="77777777" w:rsidR="00680D8E" w:rsidRDefault="00000000">
            <w:r>
              <w:t>LanguageTool</w:t>
            </w:r>
          </w:p>
        </w:tc>
        <w:tc>
          <w:tcPr>
            <w:tcW w:w="3494" w:type="dxa"/>
          </w:tcPr>
          <w:p w14:paraId="29B625C3" w14:textId="77777777" w:rsidR="00680D8E" w:rsidRDefault="00000000">
            <w:r>
              <w:t>Corrección multilingüe</w:t>
            </w:r>
          </w:p>
        </w:tc>
        <w:tc>
          <w:tcPr>
            <w:tcW w:w="3594" w:type="dxa"/>
          </w:tcPr>
          <w:p w14:paraId="4BD3821B" w14:textId="77777777" w:rsidR="00680D8E" w:rsidRDefault="00000000">
            <w:r>
              <w:t>https://languagetool.org/</w:t>
            </w:r>
          </w:p>
        </w:tc>
      </w:tr>
      <w:tr w:rsidR="00680D8E" w14:paraId="673040BC" w14:textId="77777777" w:rsidTr="006F18A3">
        <w:tc>
          <w:tcPr>
            <w:tcW w:w="562" w:type="dxa"/>
          </w:tcPr>
          <w:p w14:paraId="2029B6CA" w14:textId="77777777" w:rsidR="00680D8E" w:rsidRDefault="00000000">
            <w:r>
              <w:t>34</w:t>
            </w:r>
          </w:p>
        </w:tc>
        <w:tc>
          <w:tcPr>
            <w:tcW w:w="1701" w:type="dxa"/>
          </w:tcPr>
          <w:p w14:paraId="7B5629BD" w14:textId="77777777" w:rsidR="00680D8E" w:rsidRDefault="00000000">
            <w:r>
              <w:t>ProWritingAid</w:t>
            </w:r>
          </w:p>
        </w:tc>
        <w:tc>
          <w:tcPr>
            <w:tcW w:w="3494" w:type="dxa"/>
          </w:tcPr>
          <w:p w14:paraId="338C2701" w14:textId="77777777" w:rsidR="00680D8E" w:rsidRDefault="00000000">
            <w:r>
              <w:t>Edición de textos</w:t>
            </w:r>
          </w:p>
        </w:tc>
        <w:tc>
          <w:tcPr>
            <w:tcW w:w="3594" w:type="dxa"/>
          </w:tcPr>
          <w:p w14:paraId="22C12835" w14:textId="77777777" w:rsidR="00680D8E" w:rsidRDefault="00000000">
            <w:r>
              <w:t>https://prowritingaid.com/</w:t>
            </w:r>
          </w:p>
        </w:tc>
      </w:tr>
    </w:tbl>
    <w:p w14:paraId="41305113" w14:textId="77777777" w:rsidR="00680D8E" w:rsidRDefault="00000000">
      <w:pPr>
        <w:pStyle w:val="Ttulo1"/>
      </w:pPr>
      <w:r>
        <w:t>4. Generación de imágenes y arte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701"/>
        <w:gridCol w:w="3594"/>
        <w:gridCol w:w="3494"/>
      </w:tblGrid>
      <w:tr w:rsidR="00680D8E" w14:paraId="71F129A3" w14:textId="77777777" w:rsidTr="006F18A3">
        <w:tc>
          <w:tcPr>
            <w:tcW w:w="562" w:type="dxa"/>
            <w:shd w:val="clear" w:color="auto" w:fill="17365D" w:themeFill="text2" w:themeFillShade="BF"/>
          </w:tcPr>
          <w:p w14:paraId="75A32B81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#</w:t>
            </w:r>
          </w:p>
        </w:tc>
        <w:tc>
          <w:tcPr>
            <w:tcW w:w="1701" w:type="dxa"/>
            <w:shd w:val="clear" w:color="auto" w:fill="17365D" w:themeFill="text2" w:themeFillShade="BF"/>
          </w:tcPr>
          <w:p w14:paraId="0FC8D965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IA</w:t>
            </w:r>
          </w:p>
        </w:tc>
        <w:tc>
          <w:tcPr>
            <w:tcW w:w="3594" w:type="dxa"/>
            <w:shd w:val="clear" w:color="auto" w:fill="17365D" w:themeFill="text2" w:themeFillShade="BF"/>
          </w:tcPr>
          <w:p w14:paraId="2748AFF7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Uso principal</w:t>
            </w:r>
          </w:p>
        </w:tc>
        <w:tc>
          <w:tcPr>
            <w:tcW w:w="3494" w:type="dxa"/>
            <w:shd w:val="clear" w:color="auto" w:fill="17365D" w:themeFill="text2" w:themeFillShade="BF"/>
          </w:tcPr>
          <w:p w14:paraId="2A935A05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Enlace directo</w:t>
            </w:r>
          </w:p>
        </w:tc>
      </w:tr>
      <w:tr w:rsidR="00680D8E" w14:paraId="3C23B816" w14:textId="77777777" w:rsidTr="006F18A3">
        <w:tc>
          <w:tcPr>
            <w:tcW w:w="562" w:type="dxa"/>
          </w:tcPr>
          <w:p w14:paraId="4BD7386B" w14:textId="77777777" w:rsidR="00680D8E" w:rsidRDefault="00000000">
            <w:r>
              <w:t>35</w:t>
            </w:r>
          </w:p>
        </w:tc>
        <w:tc>
          <w:tcPr>
            <w:tcW w:w="1701" w:type="dxa"/>
          </w:tcPr>
          <w:p w14:paraId="1A9C316C" w14:textId="77777777" w:rsidR="00680D8E" w:rsidRDefault="00000000">
            <w:r>
              <w:t>Midjourney</w:t>
            </w:r>
          </w:p>
        </w:tc>
        <w:tc>
          <w:tcPr>
            <w:tcW w:w="3594" w:type="dxa"/>
          </w:tcPr>
          <w:p w14:paraId="7520B9D3" w14:textId="77777777" w:rsidR="00680D8E" w:rsidRDefault="00000000">
            <w:r>
              <w:t>Arte e imágenes</w:t>
            </w:r>
          </w:p>
        </w:tc>
        <w:tc>
          <w:tcPr>
            <w:tcW w:w="3494" w:type="dxa"/>
          </w:tcPr>
          <w:p w14:paraId="0385B956" w14:textId="77777777" w:rsidR="00680D8E" w:rsidRDefault="00000000">
            <w:r>
              <w:t>https://www.midjourney.com/</w:t>
            </w:r>
          </w:p>
        </w:tc>
      </w:tr>
      <w:tr w:rsidR="00680D8E" w14:paraId="6A8234DC" w14:textId="77777777" w:rsidTr="006F18A3">
        <w:tc>
          <w:tcPr>
            <w:tcW w:w="562" w:type="dxa"/>
          </w:tcPr>
          <w:p w14:paraId="415A0566" w14:textId="77777777" w:rsidR="00680D8E" w:rsidRDefault="00000000">
            <w:r>
              <w:t>36</w:t>
            </w:r>
          </w:p>
        </w:tc>
        <w:tc>
          <w:tcPr>
            <w:tcW w:w="1701" w:type="dxa"/>
          </w:tcPr>
          <w:p w14:paraId="358DF8FD" w14:textId="77777777" w:rsidR="00680D8E" w:rsidRDefault="00000000">
            <w:r>
              <w:t>Adobe Firefly</w:t>
            </w:r>
          </w:p>
        </w:tc>
        <w:tc>
          <w:tcPr>
            <w:tcW w:w="3594" w:type="dxa"/>
          </w:tcPr>
          <w:p w14:paraId="2295E112" w14:textId="77777777" w:rsidR="00680D8E" w:rsidRDefault="00000000">
            <w:r>
              <w:t>Imágenes y diseño generativo</w:t>
            </w:r>
          </w:p>
        </w:tc>
        <w:tc>
          <w:tcPr>
            <w:tcW w:w="3494" w:type="dxa"/>
          </w:tcPr>
          <w:p w14:paraId="6AE83D3D" w14:textId="77777777" w:rsidR="00680D8E" w:rsidRDefault="00000000">
            <w:r>
              <w:t>https://firefly.adobe.com/</w:t>
            </w:r>
          </w:p>
        </w:tc>
      </w:tr>
      <w:tr w:rsidR="00680D8E" w14:paraId="606469B2" w14:textId="77777777" w:rsidTr="006F18A3">
        <w:tc>
          <w:tcPr>
            <w:tcW w:w="562" w:type="dxa"/>
          </w:tcPr>
          <w:p w14:paraId="2032C4C0" w14:textId="77777777" w:rsidR="00680D8E" w:rsidRDefault="00000000">
            <w:r>
              <w:t>37</w:t>
            </w:r>
          </w:p>
        </w:tc>
        <w:tc>
          <w:tcPr>
            <w:tcW w:w="1701" w:type="dxa"/>
          </w:tcPr>
          <w:p w14:paraId="56B2B1A5" w14:textId="77777777" w:rsidR="00680D8E" w:rsidRDefault="00000000">
            <w:r>
              <w:t>Ideogram</w:t>
            </w:r>
          </w:p>
        </w:tc>
        <w:tc>
          <w:tcPr>
            <w:tcW w:w="3594" w:type="dxa"/>
          </w:tcPr>
          <w:p w14:paraId="2055F41D" w14:textId="77777777" w:rsidR="00680D8E" w:rsidRDefault="00000000">
            <w:r>
              <w:t>Imágenes y texto dentro de imágenes</w:t>
            </w:r>
          </w:p>
        </w:tc>
        <w:tc>
          <w:tcPr>
            <w:tcW w:w="3494" w:type="dxa"/>
          </w:tcPr>
          <w:p w14:paraId="1C82C8F7" w14:textId="77777777" w:rsidR="00680D8E" w:rsidRDefault="00000000">
            <w:r>
              <w:t>https://ideogram.ai/</w:t>
            </w:r>
          </w:p>
        </w:tc>
      </w:tr>
      <w:tr w:rsidR="00680D8E" w14:paraId="13259BFA" w14:textId="77777777" w:rsidTr="006F18A3">
        <w:tc>
          <w:tcPr>
            <w:tcW w:w="562" w:type="dxa"/>
          </w:tcPr>
          <w:p w14:paraId="0737B3D3" w14:textId="77777777" w:rsidR="00680D8E" w:rsidRDefault="00000000">
            <w:r>
              <w:t>38</w:t>
            </w:r>
          </w:p>
        </w:tc>
        <w:tc>
          <w:tcPr>
            <w:tcW w:w="1701" w:type="dxa"/>
          </w:tcPr>
          <w:p w14:paraId="7EFA572D" w14:textId="77777777" w:rsidR="00680D8E" w:rsidRDefault="00000000">
            <w:r>
              <w:t>Leonardo AI</w:t>
            </w:r>
          </w:p>
        </w:tc>
        <w:tc>
          <w:tcPr>
            <w:tcW w:w="3594" w:type="dxa"/>
          </w:tcPr>
          <w:p w14:paraId="64EF5C05" w14:textId="77777777" w:rsidR="00680D8E" w:rsidRDefault="00000000">
            <w:r>
              <w:t>Arte y generación de imágenes</w:t>
            </w:r>
          </w:p>
        </w:tc>
        <w:tc>
          <w:tcPr>
            <w:tcW w:w="3494" w:type="dxa"/>
          </w:tcPr>
          <w:p w14:paraId="4DAA23A0" w14:textId="77777777" w:rsidR="00680D8E" w:rsidRDefault="00000000">
            <w:r>
              <w:t>https://leonardo.ai/</w:t>
            </w:r>
          </w:p>
        </w:tc>
      </w:tr>
      <w:tr w:rsidR="00680D8E" w14:paraId="06BA5370" w14:textId="77777777" w:rsidTr="006F18A3">
        <w:tc>
          <w:tcPr>
            <w:tcW w:w="562" w:type="dxa"/>
          </w:tcPr>
          <w:p w14:paraId="24DD7A0C" w14:textId="77777777" w:rsidR="00680D8E" w:rsidRDefault="00000000">
            <w:r>
              <w:t>39</w:t>
            </w:r>
          </w:p>
        </w:tc>
        <w:tc>
          <w:tcPr>
            <w:tcW w:w="1701" w:type="dxa"/>
          </w:tcPr>
          <w:p w14:paraId="5F9FE8FD" w14:textId="77777777" w:rsidR="00680D8E" w:rsidRDefault="00000000">
            <w:r>
              <w:t>Recraft</w:t>
            </w:r>
          </w:p>
        </w:tc>
        <w:tc>
          <w:tcPr>
            <w:tcW w:w="3594" w:type="dxa"/>
          </w:tcPr>
          <w:p w14:paraId="14BA0875" w14:textId="77777777" w:rsidR="00680D8E" w:rsidRDefault="00000000">
            <w:r>
              <w:t>Diseño gráfico e imágenes</w:t>
            </w:r>
          </w:p>
        </w:tc>
        <w:tc>
          <w:tcPr>
            <w:tcW w:w="3494" w:type="dxa"/>
          </w:tcPr>
          <w:p w14:paraId="3FE31C1D" w14:textId="77777777" w:rsidR="00680D8E" w:rsidRDefault="00000000">
            <w:r>
              <w:t>https://www.recraft.ai/</w:t>
            </w:r>
          </w:p>
        </w:tc>
      </w:tr>
      <w:tr w:rsidR="00680D8E" w14:paraId="3021AB9E" w14:textId="77777777" w:rsidTr="006F18A3">
        <w:tc>
          <w:tcPr>
            <w:tcW w:w="562" w:type="dxa"/>
          </w:tcPr>
          <w:p w14:paraId="351FAD6E" w14:textId="77777777" w:rsidR="00680D8E" w:rsidRDefault="00000000">
            <w:r>
              <w:t>40</w:t>
            </w:r>
          </w:p>
        </w:tc>
        <w:tc>
          <w:tcPr>
            <w:tcW w:w="1701" w:type="dxa"/>
          </w:tcPr>
          <w:p w14:paraId="1B4D2237" w14:textId="77777777" w:rsidR="00680D8E" w:rsidRDefault="00000000">
            <w:r>
              <w:t>FLUX</w:t>
            </w:r>
          </w:p>
        </w:tc>
        <w:tc>
          <w:tcPr>
            <w:tcW w:w="3594" w:type="dxa"/>
          </w:tcPr>
          <w:p w14:paraId="792655DE" w14:textId="77777777" w:rsidR="00680D8E" w:rsidRDefault="00000000">
            <w:r>
              <w:t>Generación de imágenes</w:t>
            </w:r>
          </w:p>
        </w:tc>
        <w:tc>
          <w:tcPr>
            <w:tcW w:w="3494" w:type="dxa"/>
          </w:tcPr>
          <w:p w14:paraId="4EB92733" w14:textId="77777777" w:rsidR="00680D8E" w:rsidRDefault="00000000">
            <w:r>
              <w:t>https://blackforestlabs.ai/</w:t>
            </w:r>
          </w:p>
        </w:tc>
      </w:tr>
      <w:tr w:rsidR="00680D8E" w14:paraId="1CC6A04C" w14:textId="77777777" w:rsidTr="006F18A3">
        <w:tc>
          <w:tcPr>
            <w:tcW w:w="562" w:type="dxa"/>
          </w:tcPr>
          <w:p w14:paraId="16C188F1" w14:textId="77777777" w:rsidR="00680D8E" w:rsidRDefault="00000000">
            <w:r>
              <w:t>41</w:t>
            </w:r>
          </w:p>
        </w:tc>
        <w:tc>
          <w:tcPr>
            <w:tcW w:w="1701" w:type="dxa"/>
          </w:tcPr>
          <w:p w14:paraId="19AF5667" w14:textId="77777777" w:rsidR="00680D8E" w:rsidRDefault="00000000">
            <w:r>
              <w:t>Stable Diffusion</w:t>
            </w:r>
          </w:p>
        </w:tc>
        <w:tc>
          <w:tcPr>
            <w:tcW w:w="3594" w:type="dxa"/>
          </w:tcPr>
          <w:p w14:paraId="76926084" w14:textId="77777777" w:rsidR="00680D8E" w:rsidRDefault="00000000">
            <w:r>
              <w:t>Generación de imágenes</w:t>
            </w:r>
          </w:p>
        </w:tc>
        <w:tc>
          <w:tcPr>
            <w:tcW w:w="3494" w:type="dxa"/>
          </w:tcPr>
          <w:p w14:paraId="688DA382" w14:textId="77777777" w:rsidR="00680D8E" w:rsidRDefault="00000000">
            <w:r>
              <w:t>https://stability.ai/stable-image</w:t>
            </w:r>
          </w:p>
        </w:tc>
      </w:tr>
      <w:tr w:rsidR="00680D8E" w14:paraId="3070AD7C" w14:textId="77777777" w:rsidTr="006F18A3">
        <w:tc>
          <w:tcPr>
            <w:tcW w:w="562" w:type="dxa"/>
          </w:tcPr>
          <w:p w14:paraId="0B0056EF" w14:textId="77777777" w:rsidR="00680D8E" w:rsidRDefault="00000000">
            <w:r>
              <w:t>42</w:t>
            </w:r>
          </w:p>
        </w:tc>
        <w:tc>
          <w:tcPr>
            <w:tcW w:w="1701" w:type="dxa"/>
          </w:tcPr>
          <w:p w14:paraId="2713C1B4" w14:textId="77777777" w:rsidR="00680D8E" w:rsidRDefault="00000000">
            <w:r>
              <w:t>DreamStudio</w:t>
            </w:r>
          </w:p>
        </w:tc>
        <w:tc>
          <w:tcPr>
            <w:tcW w:w="3594" w:type="dxa"/>
          </w:tcPr>
          <w:p w14:paraId="3BFAD6AE" w14:textId="77777777" w:rsidR="00680D8E" w:rsidRDefault="00000000">
            <w:r>
              <w:t>Generación de imágenes</w:t>
            </w:r>
          </w:p>
        </w:tc>
        <w:tc>
          <w:tcPr>
            <w:tcW w:w="3494" w:type="dxa"/>
          </w:tcPr>
          <w:p w14:paraId="210AA535" w14:textId="77777777" w:rsidR="00680D8E" w:rsidRDefault="00000000">
            <w:r>
              <w:t>https://dreamstudio.ai/</w:t>
            </w:r>
          </w:p>
        </w:tc>
      </w:tr>
      <w:tr w:rsidR="00680D8E" w14:paraId="26D39467" w14:textId="77777777" w:rsidTr="006F18A3">
        <w:tc>
          <w:tcPr>
            <w:tcW w:w="562" w:type="dxa"/>
          </w:tcPr>
          <w:p w14:paraId="6DBC2F9B" w14:textId="77777777" w:rsidR="00680D8E" w:rsidRDefault="00000000">
            <w:r>
              <w:t>43</w:t>
            </w:r>
          </w:p>
        </w:tc>
        <w:tc>
          <w:tcPr>
            <w:tcW w:w="1701" w:type="dxa"/>
          </w:tcPr>
          <w:p w14:paraId="677B4B09" w14:textId="77777777" w:rsidR="00680D8E" w:rsidRDefault="00000000">
            <w:r>
              <w:t>Playground</w:t>
            </w:r>
          </w:p>
        </w:tc>
        <w:tc>
          <w:tcPr>
            <w:tcW w:w="3594" w:type="dxa"/>
          </w:tcPr>
          <w:p w14:paraId="7FFA90AD" w14:textId="77777777" w:rsidR="00680D8E" w:rsidRDefault="00000000">
            <w:r>
              <w:t>Diseño e imágenes</w:t>
            </w:r>
          </w:p>
        </w:tc>
        <w:tc>
          <w:tcPr>
            <w:tcW w:w="3494" w:type="dxa"/>
          </w:tcPr>
          <w:p w14:paraId="4A8D3914" w14:textId="77777777" w:rsidR="00680D8E" w:rsidRDefault="00000000">
            <w:r>
              <w:t>https://playground.com/</w:t>
            </w:r>
          </w:p>
        </w:tc>
      </w:tr>
      <w:tr w:rsidR="00680D8E" w14:paraId="5E7A4C24" w14:textId="77777777" w:rsidTr="006F18A3">
        <w:tc>
          <w:tcPr>
            <w:tcW w:w="562" w:type="dxa"/>
          </w:tcPr>
          <w:p w14:paraId="1DF0E89F" w14:textId="77777777" w:rsidR="00680D8E" w:rsidRDefault="00000000">
            <w:r>
              <w:t>44</w:t>
            </w:r>
          </w:p>
        </w:tc>
        <w:tc>
          <w:tcPr>
            <w:tcW w:w="1701" w:type="dxa"/>
          </w:tcPr>
          <w:p w14:paraId="3E18CDE4" w14:textId="77777777" w:rsidR="00680D8E" w:rsidRDefault="00000000">
            <w:r>
              <w:t>Freepik AI</w:t>
            </w:r>
          </w:p>
        </w:tc>
        <w:tc>
          <w:tcPr>
            <w:tcW w:w="3594" w:type="dxa"/>
          </w:tcPr>
          <w:p w14:paraId="589F6B29" w14:textId="77777777" w:rsidR="00680D8E" w:rsidRDefault="00000000">
            <w:r>
              <w:t>Imágenes y diseño</w:t>
            </w:r>
          </w:p>
        </w:tc>
        <w:tc>
          <w:tcPr>
            <w:tcW w:w="3494" w:type="dxa"/>
          </w:tcPr>
          <w:p w14:paraId="76DEDABC" w14:textId="77777777" w:rsidR="00680D8E" w:rsidRDefault="00000000">
            <w:r>
              <w:t>https://www.freepik.com/ai</w:t>
            </w:r>
          </w:p>
        </w:tc>
      </w:tr>
      <w:tr w:rsidR="00680D8E" w14:paraId="306F182A" w14:textId="77777777" w:rsidTr="006F18A3">
        <w:tc>
          <w:tcPr>
            <w:tcW w:w="562" w:type="dxa"/>
          </w:tcPr>
          <w:p w14:paraId="14C7E602" w14:textId="77777777" w:rsidR="00680D8E" w:rsidRDefault="00000000">
            <w:r>
              <w:t>45</w:t>
            </w:r>
          </w:p>
        </w:tc>
        <w:tc>
          <w:tcPr>
            <w:tcW w:w="1701" w:type="dxa"/>
          </w:tcPr>
          <w:p w14:paraId="53CFA7E7" w14:textId="77777777" w:rsidR="00680D8E" w:rsidRDefault="00000000">
            <w:r>
              <w:t>Krea</w:t>
            </w:r>
          </w:p>
        </w:tc>
        <w:tc>
          <w:tcPr>
            <w:tcW w:w="3594" w:type="dxa"/>
          </w:tcPr>
          <w:p w14:paraId="60692634" w14:textId="77777777" w:rsidR="00680D8E" w:rsidRDefault="00000000">
            <w:r>
              <w:t>Generación y edición visual</w:t>
            </w:r>
          </w:p>
        </w:tc>
        <w:tc>
          <w:tcPr>
            <w:tcW w:w="3494" w:type="dxa"/>
          </w:tcPr>
          <w:p w14:paraId="3CEB7833" w14:textId="77777777" w:rsidR="00680D8E" w:rsidRDefault="00000000">
            <w:r>
              <w:t>https://www.krea.ai/</w:t>
            </w:r>
          </w:p>
        </w:tc>
      </w:tr>
      <w:tr w:rsidR="00680D8E" w14:paraId="241AF7C9" w14:textId="77777777" w:rsidTr="006F18A3">
        <w:tc>
          <w:tcPr>
            <w:tcW w:w="562" w:type="dxa"/>
          </w:tcPr>
          <w:p w14:paraId="30FEE2B8" w14:textId="77777777" w:rsidR="00680D8E" w:rsidRDefault="00000000">
            <w:r>
              <w:t>46</w:t>
            </w:r>
          </w:p>
        </w:tc>
        <w:tc>
          <w:tcPr>
            <w:tcW w:w="1701" w:type="dxa"/>
          </w:tcPr>
          <w:p w14:paraId="3D4C700E" w14:textId="77777777" w:rsidR="00680D8E" w:rsidRDefault="00000000">
            <w:r>
              <w:t>Artbreeder</w:t>
            </w:r>
          </w:p>
        </w:tc>
        <w:tc>
          <w:tcPr>
            <w:tcW w:w="3594" w:type="dxa"/>
          </w:tcPr>
          <w:p w14:paraId="3873A04E" w14:textId="77777777" w:rsidR="00680D8E" w:rsidRDefault="00000000">
            <w:r>
              <w:t>Creación de imágenes</w:t>
            </w:r>
          </w:p>
        </w:tc>
        <w:tc>
          <w:tcPr>
            <w:tcW w:w="3494" w:type="dxa"/>
          </w:tcPr>
          <w:p w14:paraId="46D9944C" w14:textId="77777777" w:rsidR="00680D8E" w:rsidRDefault="00000000">
            <w:r>
              <w:t>https://www.artbreeder.com/</w:t>
            </w:r>
          </w:p>
        </w:tc>
      </w:tr>
    </w:tbl>
    <w:p w14:paraId="39A09B22" w14:textId="77777777" w:rsidR="00680D8E" w:rsidRDefault="00000000">
      <w:pPr>
        <w:pStyle w:val="Ttulo1"/>
      </w:pPr>
      <w:r>
        <w:t>5. Video con IA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2268"/>
        <w:gridCol w:w="2977"/>
        <w:gridCol w:w="3544"/>
      </w:tblGrid>
      <w:tr w:rsidR="00680D8E" w14:paraId="02EDC88E" w14:textId="77777777" w:rsidTr="006F18A3">
        <w:tc>
          <w:tcPr>
            <w:tcW w:w="562" w:type="dxa"/>
            <w:shd w:val="clear" w:color="auto" w:fill="17365D" w:themeFill="text2" w:themeFillShade="BF"/>
          </w:tcPr>
          <w:p w14:paraId="616C3B45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#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102AB0B1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IA</w:t>
            </w:r>
          </w:p>
        </w:tc>
        <w:tc>
          <w:tcPr>
            <w:tcW w:w="2977" w:type="dxa"/>
            <w:shd w:val="clear" w:color="auto" w:fill="17365D" w:themeFill="text2" w:themeFillShade="BF"/>
          </w:tcPr>
          <w:p w14:paraId="50C93BFC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Uso principal</w:t>
            </w:r>
          </w:p>
        </w:tc>
        <w:tc>
          <w:tcPr>
            <w:tcW w:w="3544" w:type="dxa"/>
            <w:shd w:val="clear" w:color="auto" w:fill="17365D" w:themeFill="text2" w:themeFillShade="BF"/>
          </w:tcPr>
          <w:p w14:paraId="530F098A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Enlace directo</w:t>
            </w:r>
          </w:p>
        </w:tc>
      </w:tr>
      <w:tr w:rsidR="00680D8E" w14:paraId="3D6D8E5E" w14:textId="77777777" w:rsidTr="006F18A3">
        <w:tc>
          <w:tcPr>
            <w:tcW w:w="562" w:type="dxa"/>
          </w:tcPr>
          <w:p w14:paraId="7733A5C2" w14:textId="77777777" w:rsidR="00680D8E" w:rsidRDefault="00000000">
            <w:r>
              <w:t>47</w:t>
            </w:r>
          </w:p>
        </w:tc>
        <w:tc>
          <w:tcPr>
            <w:tcW w:w="2268" w:type="dxa"/>
          </w:tcPr>
          <w:p w14:paraId="136AE9D6" w14:textId="77777777" w:rsidR="00680D8E" w:rsidRDefault="00000000">
            <w:r>
              <w:t>Runway</w:t>
            </w:r>
          </w:p>
        </w:tc>
        <w:tc>
          <w:tcPr>
            <w:tcW w:w="2977" w:type="dxa"/>
          </w:tcPr>
          <w:p w14:paraId="07995F95" w14:textId="77777777" w:rsidR="00680D8E" w:rsidRDefault="00000000">
            <w:r>
              <w:t>Generación y edición de video</w:t>
            </w:r>
          </w:p>
        </w:tc>
        <w:tc>
          <w:tcPr>
            <w:tcW w:w="3544" w:type="dxa"/>
          </w:tcPr>
          <w:p w14:paraId="21F48A62" w14:textId="77777777" w:rsidR="00680D8E" w:rsidRDefault="00000000">
            <w:r>
              <w:t>https://runwayml.com/</w:t>
            </w:r>
          </w:p>
        </w:tc>
      </w:tr>
      <w:tr w:rsidR="00680D8E" w14:paraId="429B40EB" w14:textId="77777777" w:rsidTr="006F18A3">
        <w:tc>
          <w:tcPr>
            <w:tcW w:w="562" w:type="dxa"/>
          </w:tcPr>
          <w:p w14:paraId="2EFB91E7" w14:textId="77777777" w:rsidR="00680D8E" w:rsidRDefault="00000000">
            <w:r>
              <w:t>48</w:t>
            </w:r>
          </w:p>
        </w:tc>
        <w:tc>
          <w:tcPr>
            <w:tcW w:w="2268" w:type="dxa"/>
          </w:tcPr>
          <w:p w14:paraId="04191806" w14:textId="77777777" w:rsidR="00680D8E" w:rsidRDefault="00000000">
            <w:r>
              <w:t>Pika</w:t>
            </w:r>
          </w:p>
        </w:tc>
        <w:tc>
          <w:tcPr>
            <w:tcW w:w="2977" w:type="dxa"/>
          </w:tcPr>
          <w:p w14:paraId="51BB4E22" w14:textId="77777777" w:rsidR="00680D8E" w:rsidRDefault="00000000">
            <w:r>
              <w:t>Video generativo</w:t>
            </w:r>
          </w:p>
        </w:tc>
        <w:tc>
          <w:tcPr>
            <w:tcW w:w="3544" w:type="dxa"/>
          </w:tcPr>
          <w:p w14:paraId="19B151C9" w14:textId="77777777" w:rsidR="00680D8E" w:rsidRDefault="00000000">
            <w:r>
              <w:t>https://pika.art/</w:t>
            </w:r>
          </w:p>
        </w:tc>
      </w:tr>
      <w:tr w:rsidR="00680D8E" w14:paraId="509FF8F3" w14:textId="77777777" w:rsidTr="006F18A3">
        <w:tc>
          <w:tcPr>
            <w:tcW w:w="562" w:type="dxa"/>
          </w:tcPr>
          <w:p w14:paraId="59165A5A" w14:textId="77777777" w:rsidR="00680D8E" w:rsidRDefault="00000000">
            <w:r>
              <w:t>49</w:t>
            </w:r>
          </w:p>
        </w:tc>
        <w:tc>
          <w:tcPr>
            <w:tcW w:w="2268" w:type="dxa"/>
          </w:tcPr>
          <w:p w14:paraId="49950683" w14:textId="77777777" w:rsidR="00680D8E" w:rsidRDefault="00000000">
            <w:r>
              <w:t>Kling AI</w:t>
            </w:r>
          </w:p>
        </w:tc>
        <w:tc>
          <w:tcPr>
            <w:tcW w:w="2977" w:type="dxa"/>
          </w:tcPr>
          <w:p w14:paraId="7527A4EE" w14:textId="77777777" w:rsidR="00680D8E" w:rsidRDefault="00000000">
            <w:r>
              <w:t>Video generativo</w:t>
            </w:r>
          </w:p>
        </w:tc>
        <w:tc>
          <w:tcPr>
            <w:tcW w:w="3544" w:type="dxa"/>
          </w:tcPr>
          <w:p w14:paraId="0CEF3A65" w14:textId="77777777" w:rsidR="00680D8E" w:rsidRDefault="00000000">
            <w:r>
              <w:t>https://klingai.com/</w:t>
            </w:r>
          </w:p>
        </w:tc>
      </w:tr>
      <w:tr w:rsidR="00680D8E" w14:paraId="019A03DC" w14:textId="77777777" w:rsidTr="006F18A3">
        <w:tc>
          <w:tcPr>
            <w:tcW w:w="562" w:type="dxa"/>
          </w:tcPr>
          <w:p w14:paraId="241E6E53" w14:textId="77777777" w:rsidR="00680D8E" w:rsidRDefault="00000000">
            <w:r>
              <w:t>50</w:t>
            </w:r>
          </w:p>
        </w:tc>
        <w:tc>
          <w:tcPr>
            <w:tcW w:w="2268" w:type="dxa"/>
          </w:tcPr>
          <w:p w14:paraId="3E7B3D25" w14:textId="77777777" w:rsidR="00680D8E" w:rsidRDefault="00000000">
            <w:r>
              <w:t>Luma Dream Machine</w:t>
            </w:r>
          </w:p>
        </w:tc>
        <w:tc>
          <w:tcPr>
            <w:tcW w:w="2977" w:type="dxa"/>
          </w:tcPr>
          <w:p w14:paraId="18E589DD" w14:textId="77777777" w:rsidR="00680D8E" w:rsidRDefault="00000000">
            <w:r>
              <w:t>Video generativo</w:t>
            </w:r>
          </w:p>
        </w:tc>
        <w:tc>
          <w:tcPr>
            <w:tcW w:w="3544" w:type="dxa"/>
          </w:tcPr>
          <w:p w14:paraId="38E69976" w14:textId="77777777" w:rsidR="00680D8E" w:rsidRDefault="00000000">
            <w:r>
              <w:t>https://lumalabs.ai/dream-machine</w:t>
            </w:r>
          </w:p>
        </w:tc>
      </w:tr>
      <w:tr w:rsidR="00680D8E" w14:paraId="3A4D04DF" w14:textId="77777777" w:rsidTr="006F18A3">
        <w:tc>
          <w:tcPr>
            <w:tcW w:w="562" w:type="dxa"/>
          </w:tcPr>
          <w:p w14:paraId="0C92C70C" w14:textId="77777777" w:rsidR="00680D8E" w:rsidRDefault="00000000">
            <w:r>
              <w:t>51</w:t>
            </w:r>
          </w:p>
        </w:tc>
        <w:tc>
          <w:tcPr>
            <w:tcW w:w="2268" w:type="dxa"/>
          </w:tcPr>
          <w:p w14:paraId="75EACCB5" w14:textId="77777777" w:rsidR="00680D8E" w:rsidRDefault="00000000">
            <w:r>
              <w:t>Synthesia</w:t>
            </w:r>
          </w:p>
        </w:tc>
        <w:tc>
          <w:tcPr>
            <w:tcW w:w="2977" w:type="dxa"/>
          </w:tcPr>
          <w:p w14:paraId="4BBC2DAF" w14:textId="77777777" w:rsidR="00680D8E" w:rsidRDefault="00000000">
            <w:r>
              <w:t>Avatares y videos corporativos</w:t>
            </w:r>
          </w:p>
        </w:tc>
        <w:tc>
          <w:tcPr>
            <w:tcW w:w="3544" w:type="dxa"/>
          </w:tcPr>
          <w:p w14:paraId="0D31606E" w14:textId="77777777" w:rsidR="00680D8E" w:rsidRDefault="00000000">
            <w:r>
              <w:t>https://www.synthesia.io/</w:t>
            </w:r>
          </w:p>
        </w:tc>
      </w:tr>
      <w:tr w:rsidR="00680D8E" w14:paraId="7BD985C0" w14:textId="77777777" w:rsidTr="006F18A3">
        <w:tc>
          <w:tcPr>
            <w:tcW w:w="562" w:type="dxa"/>
          </w:tcPr>
          <w:p w14:paraId="37C0BF98" w14:textId="77777777" w:rsidR="00680D8E" w:rsidRDefault="00000000">
            <w:r>
              <w:t>52</w:t>
            </w:r>
          </w:p>
        </w:tc>
        <w:tc>
          <w:tcPr>
            <w:tcW w:w="2268" w:type="dxa"/>
          </w:tcPr>
          <w:p w14:paraId="7883093A" w14:textId="77777777" w:rsidR="00680D8E" w:rsidRDefault="00000000">
            <w:r>
              <w:t>HeyGen</w:t>
            </w:r>
          </w:p>
        </w:tc>
        <w:tc>
          <w:tcPr>
            <w:tcW w:w="2977" w:type="dxa"/>
          </w:tcPr>
          <w:p w14:paraId="5605DC32" w14:textId="77777777" w:rsidR="00680D8E" w:rsidRDefault="00000000">
            <w:r>
              <w:t>Avatares y traducción de video</w:t>
            </w:r>
          </w:p>
        </w:tc>
        <w:tc>
          <w:tcPr>
            <w:tcW w:w="3544" w:type="dxa"/>
          </w:tcPr>
          <w:p w14:paraId="39DD5A2F" w14:textId="77777777" w:rsidR="00680D8E" w:rsidRDefault="00000000">
            <w:r>
              <w:t>https://www.heygen.com/</w:t>
            </w:r>
          </w:p>
        </w:tc>
      </w:tr>
      <w:tr w:rsidR="00680D8E" w14:paraId="0D7EFA45" w14:textId="77777777" w:rsidTr="006F18A3">
        <w:tc>
          <w:tcPr>
            <w:tcW w:w="562" w:type="dxa"/>
          </w:tcPr>
          <w:p w14:paraId="62ED1E4B" w14:textId="77777777" w:rsidR="00680D8E" w:rsidRDefault="00000000">
            <w:r>
              <w:t>53</w:t>
            </w:r>
          </w:p>
        </w:tc>
        <w:tc>
          <w:tcPr>
            <w:tcW w:w="2268" w:type="dxa"/>
          </w:tcPr>
          <w:p w14:paraId="3DB013B7" w14:textId="77777777" w:rsidR="00680D8E" w:rsidRDefault="00000000">
            <w:r>
              <w:t>VEED AI</w:t>
            </w:r>
          </w:p>
        </w:tc>
        <w:tc>
          <w:tcPr>
            <w:tcW w:w="2977" w:type="dxa"/>
          </w:tcPr>
          <w:p w14:paraId="26F11F9C" w14:textId="77777777" w:rsidR="00680D8E" w:rsidRDefault="00000000">
            <w:r>
              <w:t>Edición de video</w:t>
            </w:r>
          </w:p>
        </w:tc>
        <w:tc>
          <w:tcPr>
            <w:tcW w:w="3544" w:type="dxa"/>
          </w:tcPr>
          <w:p w14:paraId="0B566C22" w14:textId="77777777" w:rsidR="00680D8E" w:rsidRDefault="00000000">
            <w:r>
              <w:t>https://www.veed.io/</w:t>
            </w:r>
          </w:p>
        </w:tc>
      </w:tr>
      <w:tr w:rsidR="00680D8E" w14:paraId="1B809635" w14:textId="77777777" w:rsidTr="006F18A3">
        <w:tc>
          <w:tcPr>
            <w:tcW w:w="562" w:type="dxa"/>
          </w:tcPr>
          <w:p w14:paraId="5B53D918" w14:textId="77777777" w:rsidR="00680D8E" w:rsidRDefault="00000000">
            <w:r>
              <w:t>54</w:t>
            </w:r>
          </w:p>
        </w:tc>
        <w:tc>
          <w:tcPr>
            <w:tcW w:w="2268" w:type="dxa"/>
          </w:tcPr>
          <w:p w14:paraId="3ABC581E" w14:textId="77777777" w:rsidR="00680D8E" w:rsidRDefault="00000000">
            <w:r>
              <w:t>Descript</w:t>
            </w:r>
          </w:p>
        </w:tc>
        <w:tc>
          <w:tcPr>
            <w:tcW w:w="2977" w:type="dxa"/>
          </w:tcPr>
          <w:p w14:paraId="668D4E0A" w14:textId="77777777" w:rsidR="00680D8E" w:rsidRDefault="00000000">
            <w:r>
              <w:t>Edición mediante texto</w:t>
            </w:r>
          </w:p>
        </w:tc>
        <w:tc>
          <w:tcPr>
            <w:tcW w:w="3544" w:type="dxa"/>
          </w:tcPr>
          <w:p w14:paraId="55F7B8FD" w14:textId="77777777" w:rsidR="00680D8E" w:rsidRDefault="00000000">
            <w:r>
              <w:t>https://www.descript.com/</w:t>
            </w:r>
          </w:p>
        </w:tc>
      </w:tr>
      <w:tr w:rsidR="00680D8E" w14:paraId="74C38E6B" w14:textId="77777777" w:rsidTr="006F18A3">
        <w:tc>
          <w:tcPr>
            <w:tcW w:w="562" w:type="dxa"/>
          </w:tcPr>
          <w:p w14:paraId="2F0F2FFE" w14:textId="77777777" w:rsidR="00680D8E" w:rsidRDefault="00000000">
            <w:r>
              <w:t>55</w:t>
            </w:r>
          </w:p>
        </w:tc>
        <w:tc>
          <w:tcPr>
            <w:tcW w:w="2268" w:type="dxa"/>
          </w:tcPr>
          <w:p w14:paraId="74B0FAB6" w14:textId="77777777" w:rsidR="00680D8E" w:rsidRDefault="00000000">
            <w:r>
              <w:t>InVideo AI</w:t>
            </w:r>
          </w:p>
        </w:tc>
        <w:tc>
          <w:tcPr>
            <w:tcW w:w="2977" w:type="dxa"/>
          </w:tcPr>
          <w:p w14:paraId="448F1758" w14:textId="77777777" w:rsidR="00680D8E" w:rsidRDefault="00000000">
            <w:r>
              <w:t>Crear videos desde texto</w:t>
            </w:r>
          </w:p>
        </w:tc>
        <w:tc>
          <w:tcPr>
            <w:tcW w:w="3544" w:type="dxa"/>
          </w:tcPr>
          <w:p w14:paraId="407F754B" w14:textId="77777777" w:rsidR="00680D8E" w:rsidRDefault="00000000">
            <w:r>
              <w:t>https://invideo.io/ai/</w:t>
            </w:r>
          </w:p>
        </w:tc>
      </w:tr>
      <w:tr w:rsidR="00680D8E" w14:paraId="16D882A6" w14:textId="77777777" w:rsidTr="006F18A3">
        <w:tc>
          <w:tcPr>
            <w:tcW w:w="562" w:type="dxa"/>
          </w:tcPr>
          <w:p w14:paraId="0D3B865A" w14:textId="77777777" w:rsidR="00680D8E" w:rsidRDefault="00000000">
            <w:r>
              <w:t>56</w:t>
            </w:r>
          </w:p>
        </w:tc>
        <w:tc>
          <w:tcPr>
            <w:tcW w:w="2268" w:type="dxa"/>
          </w:tcPr>
          <w:p w14:paraId="3F9DD854" w14:textId="77777777" w:rsidR="00680D8E" w:rsidRDefault="00000000">
            <w:r>
              <w:t>CapCut</w:t>
            </w:r>
          </w:p>
        </w:tc>
        <w:tc>
          <w:tcPr>
            <w:tcW w:w="2977" w:type="dxa"/>
          </w:tcPr>
          <w:p w14:paraId="2580D9BF" w14:textId="77777777" w:rsidR="00680D8E" w:rsidRDefault="00000000">
            <w:r>
              <w:t>Edición y generación de contenido</w:t>
            </w:r>
          </w:p>
        </w:tc>
        <w:tc>
          <w:tcPr>
            <w:tcW w:w="3544" w:type="dxa"/>
          </w:tcPr>
          <w:p w14:paraId="5B2E35F3" w14:textId="77777777" w:rsidR="00680D8E" w:rsidRDefault="00000000">
            <w:r>
              <w:t>https://www.capcut.com/</w:t>
            </w:r>
          </w:p>
        </w:tc>
      </w:tr>
      <w:tr w:rsidR="00680D8E" w14:paraId="48C699DE" w14:textId="77777777" w:rsidTr="006F18A3">
        <w:tc>
          <w:tcPr>
            <w:tcW w:w="562" w:type="dxa"/>
          </w:tcPr>
          <w:p w14:paraId="0B18C5D7" w14:textId="77777777" w:rsidR="00680D8E" w:rsidRDefault="00000000">
            <w:r>
              <w:t>57</w:t>
            </w:r>
          </w:p>
        </w:tc>
        <w:tc>
          <w:tcPr>
            <w:tcW w:w="2268" w:type="dxa"/>
          </w:tcPr>
          <w:p w14:paraId="506A9109" w14:textId="77777777" w:rsidR="00680D8E" w:rsidRDefault="00000000">
            <w:r>
              <w:t>OpusClip</w:t>
            </w:r>
          </w:p>
        </w:tc>
        <w:tc>
          <w:tcPr>
            <w:tcW w:w="2977" w:type="dxa"/>
          </w:tcPr>
          <w:p w14:paraId="234AEE7F" w14:textId="77777777" w:rsidR="00680D8E" w:rsidRDefault="00000000">
            <w:r>
              <w:t>Clips automáticos</w:t>
            </w:r>
          </w:p>
        </w:tc>
        <w:tc>
          <w:tcPr>
            <w:tcW w:w="3544" w:type="dxa"/>
          </w:tcPr>
          <w:p w14:paraId="0CAC4B04" w14:textId="77777777" w:rsidR="00680D8E" w:rsidRDefault="00000000">
            <w:r>
              <w:t>https://www.opus.pro/</w:t>
            </w:r>
          </w:p>
        </w:tc>
      </w:tr>
      <w:tr w:rsidR="00680D8E" w14:paraId="2FFEE4F1" w14:textId="77777777" w:rsidTr="006F18A3">
        <w:tc>
          <w:tcPr>
            <w:tcW w:w="562" w:type="dxa"/>
          </w:tcPr>
          <w:p w14:paraId="0609A315" w14:textId="77777777" w:rsidR="00680D8E" w:rsidRDefault="00000000">
            <w:r>
              <w:lastRenderedPageBreak/>
              <w:t>58</w:t>
            </w:r>
          </w:p>
        </w:tc>
        <w:tc>
          <w:tcPr>
            <w:tcW w:w="2268" w:type="dxa"/>
          </w:tcPr>
          <w:p w14:paraId="3AC21068" w14:textId="77777777" w:rsidR="00680D8E" w:rsidRDefault="00000000">
            <w:r>
              <w:t>D-ID</w:t>
            </w:r>
          </w:p>
        </w:tc>
        <w:tc>
          <w:tcPr>
            <w:tcW w:w="2977" w:type="dxa"/>
          </w:tcPr>
          <w:p w14:paraId="41FC2CF7" w14:textId="77777777" w:rsidR="00680D8E" w:rsidRDefault="00000000">
            <w:r>
              <w:t>Avatares digitales</w:t>
            </w:r>
          </w:p>
        </w:tc>
        <w:tc>
          <w:tcPr>
            <w:tcW w:w="3544" w:type="dxa"/>
          </w:tcPr>
          <w:p w14:paraId="0255C8A4" w14:textId="77777777" w:rsidR="00680D8E" w:rsidRDefault="00000000">
            <w:r>
              <w:t>https://www.d-id.com/</w:t>
            </w:r>
          </w:p>
        </w:tc>
      </w:tr>
    </w:tbl>
    <w:p w14:paraId="0B19B211" w14:textId="77777777" w:rsidR="006F18A3" w:rsidRDefault="006F18A3">
      <w:pPr>
        <w:pStyle w:val="Ttulo1"/>
      </w:pPr>
    </w:p>
    <w:p w14:paraId="60A1AF38" w14:textId="25280377" w:rsidR="00680D8E" w:rsidRDefault="00000000">
      <w:pPr>
        <w:pStyle w:val="Ttulo1"/>
      </w:pPr>
      <w:r>
        <w:t>6. Voz, audio y música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4111"/>
      </w:tblGrid>
      <w:tr w:rsidR="00680D8E" w14:paraId="632AB20A" w14:textId="77777777" w:rsidTr="006F18A3">
        <w:tc>
          <w:tcPr>
            <w:tcW w:w="562" w:type="dxa"/>
            <w:shd w:val="clear" w:color="auto" w:fill="17365D" w:themeFill="text2" w:themeFillShade="BF"/>
          </w:tcPr>
          <w:p w14:paraId="35CBD4A1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#</w:t>
            </w:r>
          </w:p>
        </w:tc>
        <w:tc>
          <w:tcPr>
            <w:tcW w:w="1843" w:type="dxa"/>
            <w:shd w:val="clear" w:color="auto" w:fill="17365D" w:themeFill="text2" w:themeFillShade="BF"/>
          </w:tcPr>
          <w:p w14:paraId="67A903CC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IA</w:t>
            </w:r>
          </w:p>
        </w:tc>
        <w:tc>
          <w:tcPr>
            <w:tcW w:w="2835" w:type="dxa"/>
            <w:shd w:val="clear" w:color="auto" w:fill="17365D" w:themeFill="text2" w:themeFillShade="BF"/>
          </w:tcPr>
          <w:p w14:paraId="5A0384BF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Uso principal</w:t>
            </w:r>
          </w:p>
        </w:tc>
        <w:tc>
          <w:tcPr>
            <w:tcW w:w="4111" w:type="dxa"/>
            <w:shd w:val="clear" w:color="auto" w:fill="17365D" w:themeFill="text2" w:themeFillShade="BF"/>
          </w:tcPr>
          <w:p w14:paraId="540872D8" w14:textId="77777777" w:rsidR="00680D8E" w:rsidRPr="006F18A3" w:rsidRDefault="00000000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Enlace directo</w:t>
            </w:r>
          </w:p>
        </w:tc>
      </w:tr>
      <w:tr w:rsidR="00680D8E" w14:paraId="2DE18863" w14:textId="77777777" w:rsidTr="006F18A3">
        <w:tc>
          <w:tcPr>
            <w:tcW w:w="562" w:type="dxa"/>
          </w:tcPr>
          <w:p w14:paraId="77FD2736" w14:textId="77777777" w:rsidR="00680D8E" w:rsidRDefault="00000000">
            <w:r>
              <w:t>59</w:t>
            </w:r>
          </w:p>
        </w:tc>
        <w:tc>
          <w:tcPr>
            <w:tcW w:w="1843" w:type="dxa"/>
          </w:tcPr>
          <w:p w14:paraId="45D62CF1" w14:textId="77777777" w:rsidR="00680D8E" w:rsidRDefault="00000000">
            <w:r>
              <w:t>ElevenLabs</w:t>
            </w:r>
          </w:p>
        </w:tc>
        <w:tc>
          <w:tcPr>
            <w:tcW w:w="2835" w:type="dxa"/>
          </w:tcPr>
          <w:p w14:paraId="4486E9CD" w14:textId="77777777" w:rsidR="00680D8E" w:rsidRDefault="00000000">
            <w:r>
              <w:t>Voces y clonación de voz</w:t>
            </w:r>
          </w:p>
        </w:tc>
        <w:tc>
          <w:tcPr>
            <w:tcW w:w="4111" w:type="dxa"/>
          </w:tcPr>
          <w:p w14:paraId="06C4258F" w14:textId="77777777" w:rsidR="00680D8E" w:rsidRDefault="00000000">
            <w:r>
              <w:t>https://elevenlabs.io/</w:t>
            </w:r>
          </w:p>
        </w:tc>
      </w:tr>
      <w:tr w:rsidR="00680D8E" w14:paraId="4C478A74" w14:textId="77777777" w:rsidTr="006F18A3">
        <w:tc>
          <w:tcPr>
            <w:tcW w:w="562" w:type="dxa"/>
          </w:tcPr>
          <w:p w14:paraId="403A0299" w14:textId="77777777" w:rsidR="00680D8E" w:rsidRDefault="00000000">
            <w:r>
              <w:t>60</w:t>
            </w:r>
          </w:p>
        </w:tc>
        <w:tc>
          <w:tcPr>
            <w:tcW w:w="1843" w:type="dxa"/>
          </w:tcPr>
          <w:p w14:paraId="0C82901C" w14:textId="77777777" w:rsidR="00680D8E" w:rsidRDefault="00000000">
            <w:r>
              <w:t>Suno</w:t>
            </w:r>
          </w:p>
        </w:tc>
        <w:tc>
          <w:tcPr>
            <w:tcW w:w="2835" w:type="dxa"/>
          </w:tcPr>
          <w:p w14:paraId="07DF4490" w14:textId="77777777" w:rsidR="00680D8E" w:rsidRDefault="00000000">
            <w:r>
              <w:t>Generación musical</w:t>
            </w:r>
          </w:p>
        </w:tc>
        <w:tc>
          <w:tcPr>
            <w:tcW w:w="4111" w:type="dxa"/>
          </w:tcPr>
          <w:p w14:paraId="7D272172" w14:textId="11EEA8E0" w:rsidR="00680D8E" w:rsidRDefault="00540BDF">
            <w:hyperlink r:id="rId20" w:history="1">
              <w:r w:rsidRPr="00C73540">
                <w:rPr>
                  <w:rStyle w:val="Hipervnculo"/>
                </w:rPr>
                <w:t>https://suno.com/</w:t>
              </w:r>
            </w:hyperlink>
          </w:p>
          <w:p w14:paraId="1B55F93E" w14:textId="77777777" w:rsidR="00540BDF" w:rsidRDefault="00540BDF"/>
        </w:tc>
      </w:tr>
      <w:tr w:rsidR="00680D8E" w14:paraId="7F8A0DA6" w14:textId="77777777" w:rsidTr="006F18A3">
        <w:tc>
          <w:tcPr>
            <w:tcW w:w="562" w:type="dxa"/>
          </w:tcPr>
          <w:p w14:paraId="6F975031" w14:textId="77777777" w:rsidR="00680D8E" w:rsidRDefault="00000000">
            <w:r>
              <w:t>61</w:t>
            </w:r>
          </w:p>
        </w:tc>
        <w:tc>
          <w:tcPr>
            <w:tcW w:w="1843" w:type="dxa"/>
          </w:tcPr>
          <w:p w14:paraId="1AEC4FA7" w14:textId="77777777" w:rsidR="00680D8E" w:rsidRDefault="00000000">
            <w:r>
              <w:t>Udio</w:t>
            </w:r>
          </w:p>
        </w:tc>
        <w:tc>
          <w:tcPr>
            <w:tcW w:w="2835" w:type="dxa"/>
          </w:tcPr>
          <w:p w14:paraId="76B88A36" w14:textId="77777777" w:rsidR="00680D8E" w:rsidRDefault="00000000">
            <w:r>
              <w:t>Generación musical</w:t>
            </w:r>
          </w:p>
        </w:tc>
        <w:tc>
          <w:tcPr>
            <w:tcW w:w="4111" w:type="dxa"/>
          </w:tcPr>
          <w:p w14:paraId="209B43F0" w14:textId="77777777" w:rsidR="00680D8E" w:rsidRDefault="00000000">
            <w:r>
              <w:t>https://www.udio.com/</w:t>
            </w:r>
          </w:p>
        </w:tc>
      </w:tr>
      <w:tr w:rsidR="00680D8E" w14:paraId="49AD32B7" w14:textId="77777777" w:rsidTr="006F18A3">
        <w:tc>
          <w:tcPr>
            <w:tcW w:w="562" w:type="dxa"/>
          </w:tcPr>
          <w:p w14:paraId="6E3A93BC" w14:textId="77777777" w:rsidR="00680D8E" w:rsidRDefault="00000000">
            <w:r>
              <w:t>62</w:t>
            </w:r>
          </w:p>
        </w:tc>
        <w:tc>
          <w:tcPr>
            <w:tcW w:w="1843" w:type="dxa"/>
          </w:tcPr>
          <w:p w14:paraId="58428C01" w14:textId="77777777" w:rsidR="00680D8E" w:rsidRDefault="00000000">
            <w:r>
              <w:t>Murf</w:t>
            </w:r>
          </w:p>
        </w:tc>
        <w:tc>
          <w:tcPr>
            <w:tcW w:w="2835" w:type="dxa"/>
          </w:tcPr>
          <w:p w14:paraId="0C01F42F" w14:textId="77777777" w:rsidR="00680D8E" w:rsidRDefault="00000000">
            <w:r>
              <w:t>Voz profesional</w:t>
            </w:r>
          </w:p>
        </w:tc>
        <w:tc>
          <w:tcPr>
            <w:tcW w:w="4111" w:type="dxa"/>
          </w:tcPr>
          <w:p w14:paraId="42015F2E" w14:textId="77777777" w:rsidR="00680D8E" w:rsidRDefault="00000000">
            <w:r>
              <w:t>https://murf.ai/</w:t>
            </w:r>
          </w:p>
        </w:tc>
      </w:tr>
      <w:tr w:rsidR="00680D8E" w14:paraId="2AA930CF" w14:textId="77777777" w:rsidTr="006F18A3">
        <w:tc>
          <w:tcPr>
            <w:tcW w:w="562" w:type="dxa"/>
          </w:tcPr>
          <w:p w14:paraId="147F6981" w14:textId="77777777" w:rsidR="00680D8E" w:rsidRDefault="00000000">
            <w:r>
              <w:t>63</w:t>
            </w:r>
          </w:p>
        </w:tc>
        <w:tc>
          <w:tcPr>
            <w:tcW w:w="1843" w:type="dxa"/>
          </w:tcPr>
          <w:p w14:paraId="76FF373A" w14:textId="77777777" w:rsidR="00680D8E" w:rsidRDefault="00000000">
            <w:r>
              <w:t>PlayHT</w:t>
            </w:r>
          </w:p>
        </w:tc>
        <w:tc>
          <w:tcPr>
            <w:tcW w:w="2835" w:type="dxa"/>
          </w:tcPr>
          <w:p w14:paraId="37F6A335" w14:textId="77777777" w:rsidR="00680D8E" w:rsidRDefault="00000000">
            <w:r>
              <w:t>Text-to-speech</w:t>
            </w:r>
          </w:p>
        </w:tc>
        <w:tc>
          <w:tcPr>
            <w:tcW w:w="4111" w:type="dxa"/>
          </w:tcPr>
          <w:p w14:paraId="0BDFFAE7" w14:textId="77777777" w:rsidR="00680D8E" w:rsidRDefault="00000000">
            <w:r>
              <w:t>https://play.ht/</w:t>
            </w:r>
          </w:p>
        </w:tc>
      </w:tr>
      <w:tr w:rsidR="00680D8E" w14:paraId="6516ADC2" w14:textId="77777777" w:rsidTr="006F18A3">
        <w:tc>
          <w:tcPr>
            <w:tcW w:w="562" w:type="dxa"/>
          </w:tcPr>
          <w:p w14:paraId="37C23437" w14:textId="77777777" w:rsidR="00680D8E" w:rsidRDefault="00000000">
            <w:r>
              <w:t>64</w:t>
            </w:r>
          </w:p>
        </w:tc>
        <w:tc>
          <w:tcPr>
            <w:tcW w:w="1843" w:type="dxa"/>
          </w:tcPr>
          <w:p w14:paraId="3059F29B" w14:textId="77777777" w:rsidR="00680D8E" w:rsidRDefault="00000000">
            <w:r>
              <w:t>Speechify</w:t>
            </w:r>
          </w:p>
        </w:tc>
        <w:tc>
          <w:tcPr>
            <w:tcW w:w="2835" w:type="dxa"/>
          </w:tcPr>
          <w:p w14:paraId="05BCE8DF" w14:textId="77777777" w:rsidR="00680D8E" w:rsidRDefault="00000000">
            <w:r>
              <w:t>Lectura mediante IA</w:t>
            </w:r>
          </w:p>
        </w:tc>
        <w:tc>
          <w:tcPr>
            <w:tcW w:w="4111" w:type="dxa"/>
          </w:tcPr>
          <w:p w14:paraId="3B3E6E35" w14:textId="77777777" w:rsidR="00680D8E" w:rsidRDefault="00000000">
            <w:r>
              <w:t>https://speechify.com/</w:t>
            </w:r>
          </w:p>
        </w:tc>
      </w:tr>
      <w:tr w:rsidR="00680D8E" w14:paraId="087AEA5E" w14:textId="77777777" w:rsidTr="006F18A3">
        <w:tc>
          <w:tcPr>
            <w:tcW w:w="562" w:type="dxa"/>
          </w:tcPr>
          <w:p w14:paraId="3214E8C2" w14:textId="77777777" w:rsidR="00680D8E" w:rsidRDefault="00000000">
            <w:r>
              <w:t>65</w:t>
            </w:r>
          </w:p>
        </w:tc>
        <w:tc>
          <w:tcPr>
            <w:tcW w:w="1843" w:type="dxa"/>
          </w:tcPr>
          <w:p w14:paraId="673228ED" w14:textId="77777777" w:rsidR="00680D8E" w:rsidRDefault="00000000">
            <w:r>
              <w:t>Descript</w:t>
            </w:r>
          </w:p>
        </w:tc>
        <w:tc>
          <w:tcPr>
            <w:tcW w:w="2835" w:type="dxa"/>
          </w:tcPr>
          <w:p w14:paraId="0A58ECC2" w14:textId="77777777" w:rsidR="00680D8E" w:rsidRDefault="00000000">
            <w:r>
              <w:t>Audio y video</w:t>
            </w:r>
          </w:p>
        </w:tc>
        <w:tc>
          <w:tcPr>
            <w:tcW w:w="4111" w:type="dxa"/>
          </w:tcPr>
          <w:p w14:paraId="107F8E18" w14:textId="77777777" w:rsidR="00680D8E" w:rsidRDefault="00000000">
            <w:r>
              <w:t>https://www.descript.com/</w:t>
            </w:r>
          </w:p>
        </w:tc>
      </w:tr>
      <w:tr w:rsidR="00680D8E" w14:paraId="154F65E1" w14:textId="77777777" w:rsidTr="006F18A3">
        <w:tc>
          <w:tcPr>
            <w:tcW w:w="562" w:type="dxa"/>
          </w:tcPr>
          <w:p w14:paraId="6E7DBBBD" w14:textId="77777777" w:rsidR="00680D8E" w:rsidRDefault="00000000">
            <w:r>
              <w:t>66</w:t>
            </w:r>
          </w:p>
        </w:tc>
        <w:tc>
          <w:tcPr>
            <w:tcW w:w="1843" w:type="dxa"/>
          </w:tcPr>
          <w:p w14:paraId="68982636" w14:textId="77777777" w:rsidR="00680D8E" w:rsidRDefault="00000000">
            <w:r>
              <w:t>Adobe Podcast</w:t>
            </w:r>
          </w:p>
        </w:tc>
        <w:tc>
          <w:tcPr>
            <w:tcW w:w="2835" w:type="dxa"/>
          </w:tcPr>
          <w:p w14:paraId="2FFEDCD4" w14:textId="77777777" w:rsidR="00680D8E" w:rsidRDefault="00000000">
            <w:r>
              <w:t>Mejora de voz/audio</w:t>
            </w:r>
          </w:p>
        </w:tc>
        <w:tc>
          <w:tcPr>
            <w:tcW w:w="4111" w:type="dxa"/>
          </w:tcPr>
          <w:p w14:paraId="5F6A8A7A" w14:textId="77777777" w:rsidR="00680D8E" w:rsidRDefault="00000000">
            <w:r>
              <w:t>https://podcast.adobe.com/</w:t>
            </w:r>
          </w:p>
        </w:tc>
      </w:tr>
      <w:tr w:rsidR="00680D8E" w14:paraId="4E6BC6DC" w14:textId="77777777" w:rsidTr="006F18A3">
        <w:tc>
          <w:tcPr>
            <w:tcW w:w="562" w:type="dxa"/>
          </w:tcPr>
          <w:p w14:paraId="2204305F" w14:textId="77777777" w:rsidR="00680D8E" w:rsidRDefault="00000000">
            <w:r>
              <w:t>67</w:t>
            </w:r>
          </w:p>
        </w:tc>
        <w:tc>
          <w:tcPr>
            <w:tcW w:w="1843" w:type="dxa"/>
          </w:tcPr>
          <w:p w14:paraId="15C078DE" w14:textId="77777777" w:rsidR="00680D8E" w:rsidRDefault="00000000">
            <w:r>
              <w:t>AIVA</w:t>
            </w:r>
          </w:p>
        </w:tc>
        <w:tc>
          <w:tcPr>
            <w:tcW w:w="2835" w:type="dxa"/>
          </w:tcPr>
          <w:p w14:paraId="13E993A6" w14:textId="77777777" w:rsidR="00680D8E" w:rsidRDefault="00000000">
            <w:r>
              <w:t>Música generativa</w:t>
            </w:r>
          </w:p>
        </w:tc>
        <w:tc>
          <w:tcPr>
            <w:tcW w:w="4111" w:type="dxa"/>
          </w:tcPr>
          <w:p w14:paraId="02D20739" w14:textId="77777777" w:rsidR="00680D8E" w:rsidRDefault="00000000">
            <w:r>
              <w:t>https://www.aiva.ai/</w:t>
            </w:r>
          </w:p>
        </w:tc>
      </w:tr>
      <w:tr w:rsidR="00680D8E" w14:paraId="7BF7CDAA" w14:textId="77777777" w:rsidTr="006F18A3">
        <w:tc>
          <w:tcPr>
            <w:tcW w:w="562" w:type="dxa"/>
          </w:tcPr>
          <w:p w14:paraId="17B8C5C3" w14:textId="77777777" w:rsidR="00680D8E" w:rsidRDefault="00000000">
            <w:r>
              <w:t>68</w:t>
            </w:r>
          </w:p>
        </w:tc>
        <w:tc>
          <w:tcPr>
            <w:tcW w:w="1843" w:type="dxa"/>
          </w:tcPr>
          <w:p w14:paraId="26877A2C" w14:textId="77777777" w:rsidR="00680D8E" w:rsidRDefault="00000000">
            <w:r>
              <w:t>Soundraw</w:t>
            </w:r>
          </w:p>
        </w:tc>
        <w:tc>
          <w:tcPr>
            <w:tcW w:w="2835" w:type="dxa"/>
          </w:tcPr>
          <w:p w14:paraId="3666A388" w14:textId="77777777" w:rsidR="00680D8E" w:rsidRDefault="00000000">
            <w:r>
              <w:t>Música para contenido</w:t>
            </w:r>
          </w:p>
        </w:tc>
        <w:tc>
          <w:tcPr>
            <w:tcW w:w="4111" w:type="dxa"/>
          </w:tcPr>
          <w:p w14:paraId="1A9C5F11" w14:textId="77777777" w:rsidR="00680D8E" w:rsidRDefault="00000000">
            <w:r>
              <w:t>https://soundraw.io/</w:t>
            </w:r>
          </w:p>
        </w:tc>
      </w:tr>
    </w:tbl>
    <w:p w14:paraId="6C99DF54" w14:textId="77777777" w:rsidR="00680D8E" w:rsidRDefault="00000000">
      <w:pPr>
        <w:pStyle w:val="Ttulo1"/>
      </w:pPr>
      <w:r>
        <w:t>7. Programación y desarrollo</w:t>
      </w: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4111"/>
      </w:tblGrid>
      <w:tr w:rsidR="00680D8E" w14:paraId="00C738D6" w14:textId="77777777" w:rsidTr="00484A32">
        <w:tc>
          <w:tcPr>
            <w:tcW w:w="562" w:type="dxa"/>
            <w:shd w:val="clear" w:color="auto" w:fill="17365D" w:themeFill="text2" w:themeFillShade="BF"/>
          </w:tcPr>
          <w:p w14:paraId="66197AFF" w14:textId="70B465BD" w:rsidR="00680D8E" w:rsidRPr="006F18A3" w:rsidRDefault="006F18A3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#</w:t>
            </w:r>
          </w:p>
        </w:tc>
        <w:tc>
          <w:tcPr>
            <w:tcW w:w="1843" w:type="dxa"/>
            <w:shd w:val="clear" w:color="auto" w:fill="17365D" w:themeFill="text2" w:themeFillShade="BF"/>
          </w:tcPr>
          <w:p w14:paraId="7A906E9C" w14:textId="220CCCFC" w:rsidR="00680D8E" w:rsidRPr="006F18A3" w:rsidRDefault="006F18A3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IA</w:t>
            </w:r>
          </w:p>
        </w:tc>
        <w:tc>
          <w:tcPr>
            <w:tcW w:w="2835" w:type="dxa"/>
            <w:shd w:val="clear" w:color="auto" w:fill="17365D" w:themeFill="text2" w:themeFillShade="BF"/>
          </w:tcPr>
          <w:p w14:paraId="11F05F0B" w14:textId="5D58F77A" w:rsidR="00680D8E" w:rsidRPr="006F18A3" w:rsidRDefault="006F18A3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USO PRINCIPAL</w:t>
            </w:r>
          </w:p>
        </w:tc>
        <w:tc>
          <w:tcPr>
            <w:tcW w:w="4111" w:type="dxa"/>
            <w:shd w:val="clear" w:color="auto" w:fill="17365D" w:themeFill="text2" w:themeFillShade="BF"/>
          </w:tcPr>
          <w:p w14:paraId="4D7AF2F3" w14:textId="5B9CA646" w:rsidR="00680D8E" w:rsidRPr="006F18A3" w:rsidRDefault="006F18A3" w:rsidP="006F18A3">
            <w:pPr>
              <w:jc w:val="center"/>
              <w:rPr>
                <w:sz w:val="24"/>
                <w:szCs w:val="24"/>
              </w:rPr>
            </w:pPr>
            <w:r w:rsidRPr="006F18A3">
              <w:rPr>
                <w:sz w:val="24"/>
                <w:szCs w:val="24"/>
              </w:rPr>
              <w:t>ENLACE DIRECTO</w:t>
            </w:r>
          </w:p>
        </w:tc>
      </w:tr>
      <w:tr w:rsidR="00680D8E" w14:paraId="197EC190" w14:textId="77777777" w:rsidTr="00484A32">
        <w:tc>
          <w:tcPr>
            <w:tcW w:w="562" w:type="dxa"/>
          </w:tcPr>
          <w:p w14:paraId="75DC1413" w14:textId="77777777" w:rsidR="00680D8E" w:rsidRDefault="00000000">
            <w:r>
              <w:t>69</w:t>
            </w:r>
          </w:p>
        </w:tc>
        <w:tc>
          <w:tcPr>
            <w:tcW w:w="1843" w:type="dxa"/>
          </w:tcPr>
          <w:p w14:paraId="16FB0ECC" w14:textId="77777777" w:rsidR="00680D8E" w:rsidRDefault="00000000">
            <w:r>
              <w:t>GitHub Copilot</w:t>
            </w:r>
          </w:p>
        </w:tc>
        <w:tc>
          <w:tcPr>
            <w:tcW w:w="2835" w:type="dxa"/>
          </w:tcPr>
          <w:p w14:paraId="38736AB9" w14:textId="77777777" w:rsidR="00680D8E" w:rsidRDefault="00000000">
            <w:r>
              <w:t>Programación</w:t>
            </w:r>
          </w:p>
        </w:tc>
        <w:tc>
          <w:tcPr>
            <w:tcW w:w="4111" w:type="dxa"/>
          </w:tcPr>
          <w:p w14:paraId="3ED2010A" w14:textId="77777777" w:rsidR="00680D8E" w:rsidRDefault="00000000">
            <w:r>
              <w:t>https://github.com/features/copilot</w:t>
            </w:r>
          </w:p>
        </w:tc>
      </w:tr>
      <w:tr w:rsidR="00680D8E" w14:paraId="20086D2E" w14:textId="77777777" w:rsidTr="00484A32">
        <w:tc>
          <w:tcPr>
            <w:tcW w:w="562" w:type="dxa"/>
          </w:tcPr>
          <w:p w14:paraId="2ED47E7D" w14:textId="77777777" w:rsidR="00680D8E" w:rsidRDefault="00000000">
            <w:r>
              <w:t>70</w:t>
            </w:r>
          </w:p>
        </w:tc>
        <w:tc>
          <w:tcPr>
            <w:tcW w:w="1843" w:type="dxa"/>
          </w:tcPr>
          <w:p w14:paraId="29055EB3" w14:textId="77777777" w:rsidR="00680D8E" w:rsidRDefault="00000000">
            <w:r>
              <w:t>Cursor</w:t>
            </w:r>
          </w:p>
        </w:tc>
        <w:tc>
          <w:tcPr>
            <w:tcW w:w="2835" w:type="dxa"/>
          </w:tcPr>
          <w:p w14:paraId="4E0EB1F9" w14:textId="77777777" w:rsidR="00680D8E" w:rsidRDefault="00000000">
            <w:r>
              <w:t>Editor de código con IA</w:t>
            </w:r>
          </w:p>
        </w:tc>
        <w:tc>
          <w:tcPr>
            <w:tcW w:w="4111" w:type="dxa"/>
          </w:tcPr>
          <w:p w14:paraId="24CE7919" w14:textId="77777777" w:rsidR="00680D8E" w:rsidRDefault="00000000">
            <w:r>
              <w:t>https://www.cursor.com/</w:t>
            </w:r>
          </w:p>
        </w:tc>
      </w:tr>
      <w:tr w:rsidR="00680D8E" w14:paraId="19587261" w14:textId="77777777" w:rsidTr="00484A32">
        <w:tc>
          <w:tcPr>
            <w:tcW w:w="562" w:type="dxa"/>
          </w:tcPr>
          <w:p w14:paraId="7E5140EB" w14:textId="77777777" w:rsidR="00680D8E" w:rsidRDefault="00000000">
            <w:r>
              <w:t>71</w:t>
            </w:r>
          </w:p>
        </w:tc>
        <w:tc>
          <w:tcPr>
            <w:tcW w:w="1843" w:type="dxa"/>
          </w:tcPr>
          <w:p w14:paraId="0E3474F4" w14:textId="77777777" w:rsidR="00680D8E" w:rsidRDefault="00000000">
            <w:r>
              <w:t>Replit</w:t>
            </w:r>
          </w:p>
        </w:tc>
        <w:tc>
          <w:tcPr>
            <w:tcW w:w="2835" w:type="dxa"/>
          </w:tcPr>
          <w:p w14:paraId="0D77789B" w14:textId="77777777" w:rsidR="00680D8E" w:rsidRDefault="00000000">
            <w:r>
              <w:t>Desarrollo con IA</w:t>
            </w:r>
          </w:p>
        </w:tc>
        <w:tc>
          <w:tcPr>
            <w:tcW w:w="4111" w:type="dxa"/>
          </w:tcPr>
          <w:p w14:paraId="3B5A7C1F" w14:textId="77777777" w:rsidR="00680D8E" w:rsidRDefault="00000000">
            <w:r>
              <w:t>https://replit.com/</w:t>
            </w:r>
          </w:p>
        </w:tc>
      </w:tr>
      <w:tr w:rsidR="00680D8E" w14:paraId="1A9BFED8" w14:textId="77777777" w:rsidTr="00484A32">
        <w:tc>
          <w:tcPr>
            <w:tcW w:w="562" w:type="dxa"/>
          </w:tcPr>
          <w:p w14:paraId="7128A0CB" w14:textId="77777777" w:rsidR="00680D8E" w:rsidRDefault="00000000">
            <w:r>
              <w:t>72</w:t>
            </w:r>
          </w:p>
        </w:tc>
        <w:tc>
          <w:tcPr>
            <w:tcW w:w="1843" w:type="dxa"/>
          </w:tcPr>
          <w:p w14:paraId="3EAD765F" w14:textId="77777777" w:rsidR="00680D8E" w:rsidRDefault="00000000">
            <w:r>
              <w:t>Windsurf</w:t>
            </w:r>
          </w:p>
        </w:tc>
        <w:tc>
          <w:tcPr>
            <w:tcW w:w="2835" w:type="dxa"/>
          </w:tcPr>
          <w:p w14:paraId="1FA2E046" w14:textId="77777777" w:rsidR="00680D8E" w:rsidRDefault="00000000">
            <w:r>
              <w:t>IDE con IA</w:t>
            </w:r>
          </w:p>
        </w:tc>
        <w:tc>
          <w:tcPr>
            <w:tcW w:w="4111" w:type="dxa"/>
          </w:tcPr>
          <w:p w14:paraId="46829507" w14:textId="77777777" w:rsidR="00680D8E" w:rsidRDefault="00000000">
            <w:r>
              <w:t>https://windsurf.com/</w:t>
            </w:r>
          </w:p>
        </w:tc>
      </w:tr>
      <w:tr w:rsidR="00680D8E" w14:paraId="2C936170" w14:textId="77777777" w:rsidTr="00484A32">
        <w:tc>
          <w:tcPr>
            <w:tcW w:w="562" w:type="dxa"/>
          </w:tcPr>
          <w:p w14:paraId="6D8C5B04" w14:textId="77777777" w:rsidR="00680D8E" w:rsidRDefault="00000000">
            <w:r>
              <w:t>73</w:t>
            </w:r>
          </w:p>
        </w:tc>
        <w:tc>
          <w:tcPr>
            <w:tcW w:w="1843" w:type="dxa"/>
          </w:tcPr>
          <w:p w14:paraId="3C8C8B49" w14:textId="77777777" w:rsidR="00680D8E" w:rsidRDefault="00000000">
            <w:r>
              <w:t>Amazon Q Developer</w:t>
            </w:r>
          </w:p>
        </w:tc>
        <w:tc>
          <w:tcPr>
            <w:tcW w:w="2835" w:type="dxa"/>
          </w:tcPr>
          <w:p w14:paraId="76C83979" w14:textId="77777777" w:rsidR="00680D8E" w:rsidRDefault="00000000">
            <w:r>
              <w:t>Desarrollo</w:t>
            </w:r>
          </w:p>
        </w:tc>
        <w:tc>
          <w:tcPr>
            <w:tcW w:w="4111" w:type="dxa"/>
          </w:tcPr>
          <w:p w14:paraId="7A51BB82" w14:textId="77777777" w:rsidR="00680D8E" w:rsidRDefault="00000000">
            <w:r>
              <w:t>https://aws.amazon.com/q/developer/</w:t>
            </w:r>
          </w:p>
        </w:tc>
      </w:tr>
      <w:tr w:rsidR="00680D8E" w14:paraId="3F73BF70" w14:textId="77777777" w:rsidTr="00484A32">
        <w:tc>
          <w:tcPr>
            <w:tcW w:w="562" w:type="dxa"/>
          </w:tcPr>
          <w:p w14:paraId="2D0DDF3A" w14:textId="77777777" w:rsidR="00680D8E" w:rsidRDefault="00000000">
            <w:r>
              <w:t>74</w:t>
            </w:r>
          </w:p>
        </w:tc>
        <w:tc>
          <w:tcPr>
            <w:tcW w:w="1843" w:type="dxa"/>
          </w:tcPr>
          <w:p w14:paraId="0839903C" w14:textId="77777777" w:rsidR="00680D8E" w:rsidRDefault="00000000">
            <w:r>
              <w:t>Google Gemini Code Assist</w:t>
            </w:r>
          </w:p>
        </w:tc>
        <w:tc>
          <w:tcPr>
            <w:tcW w:w="2835" w:type="dxa"/>
          </w:tcPr>
          <w:p w14:paraId="235F114F" w14:textId="77777777" w:rsidR="00680D8E" w:rsidRDefault="00000000">
            <w:r>
              <w:t>Código</w:t>
            </w:r>
          </w:p>
        </w:tc>
        <w:tc>
          <w:tcPr>
            <w:tcW w:w="4111" w:type="dxa"/>
          </w:tcPr>
          <w:p w14:paraId="1127D06E" w14:textId="77777777" w:rsidR="00680D8E" w:rsidRDefault="00000000">
            <w:r>
              <w:t>https://cloud.google.com/gemini/docs/codeassist/overview</w:t>
            </w:r>
          </w:p>
        </w:tc>
      </w:tr>
      <w:tr w:rsidR="00680D8E" w14:paraId="2A3A6FB2" w14:textId="77777777" w:rsidTr="00484A32">
        <w:tc>
          <w:tcPr>
            <w:tcW w:w="562" w:type="dxa"/>
          </w:tcPr>
          <w:p w14:paraId="5683FD5C" w14:textId="77777777" w:rsidR="00680D8E" w:rsidRDefault="00000000">
            <w:r>
              <w:t>75</w:t>
            </w:r>
          </w:p>
        </w:tc>
        <w:tc>
          <w:tcPr>
            <w:tcW w:w="1843" w:type="dxa"/>
          </w:tcPr>
          <w:p w14:paraId="209B8BD0" w14:textId="77777777" w:rsidR="00680D8E" w:rsidRDefault="00000000">
            <w:r>
              <w:t>Tabnine</w:t>
            </w:r>
          </w:p>
        </w:tc>
        <w:tc>
          <w:tcPr>
            <w:tcW w:w="2835" w:type="dxa"/>
          </w:tcPr>
          <w:p w14:paraId="0A4F78CB" w14:textId="77777777" w:rsidR="00680D8E" w:rsidRDefault="00000000">
            <w:r>
              <w:t>Autocompletado de código</w:t>
            </w:r>
          </w:p>
        </w:tc>
        <w:tc>
          <w:tcPr>
            <w:tcW w:w="4111" w:type="dxa"/>
          </w:tcPr>
          <w:p w14:paraId="25D9A923" w14:textId="77777777" w:rsidR="00680D8E" w:rsidRDefault="00000000">
            <w:r>
              <w:t>https://www.tabnine.com/</w:t>
            </w:r>
          </w:p>
        </w:tc>
      </w:tr>
      <w:tr w:rsidR="00680D8E" w14:paraId="7C56FFA4" w14:textId="77777777" w:rsidTr="00484A32">
        <w:tc>
          <w:tcPr>
            <w:tcW w:w="562" w:type="dxa"/>
          </w:tcPr>
          <w:p w14:paraId="1EDBBA2F" w14:textId="77777777" w:rsidR="00680D8E" w:rsidRDefault="00000000">
            <w:r>
              <w:t>76</w:t>
            </w:r>
          </w:p>
        </w:tc>
        <w:tc>
          <w:tcPr>
            <w:tcW w:w="1843" w:type="dxa"/>
          </w:tcPr>
          <w:p w14:paraId="6E827197" w14:textId="77777777" w:rsidR="00680D8E" w:rsidRDefault="00000000">
            <w:r>
              <w:t>Codeium</w:t>
            </w:r>
          </w:p>
        </w:tc>
        <w:tc>
          <w:tcPr>
            <w:tcW w:w="2835" w:type="dxa"/>
          </w:tcPr>
          <w:p w14:paraId="1D4CA9DD" w14:textId="77777777" w:rsidR="00680D8E" w:rsidRDefault="00000000">
            <w:r>
              <w:t>Asistencia de código</w:t>
            </w:r>
          </w:p>
        </w:tc>
        <w:tc>
          <w:tcPr>
            <w:tcW w:w="4111" w:type="dxa"/>
          </w:tcPr>
          <w:p w14:paraId="211D4E71" w14:textId="77777777" w:rsidR="00680D8E" w:rsidRDefault="00000000">
            <w:r>
              <w:t>https://codeium.com/</w:t>
            </w:r>
          </w:p>
        </w:tc>
      </w:tr>
      <w:tr w:rsidR="00680D8E" w14:paraId="6C64524C" w14:textId="77777777" w:rsidTr="00484A32">
        <w:tc>
          <w:tcPr>
            <w:tcW w:w="562" w:type="dxa"/>
          </w:tcPr>
          <w:p w14:paraId="309A386E" w14:textId="77777777" w:rsidR="00680D8E" w:rsidRDefault="00000000">
            <w:r>
              <w:t>77</w:t>
            </w:r>
          </w:p>
        </w:tc>
        <w:tc>
          <w:tcPr>
            <w:tcW w:w="1843" w:type="dxa"/>
          </w:tcPr>
          <w:p w14:paraId="2773A58F" w14:textId="77777777" w:rsidR="00680D8E" w:rsidRDefault="00000000">
            <w:r>
              <w:t>Sourcegraph Cody</w:t>
            </w:r>
          </w:p>
        </w:tc>
        <w:tc>
          <w:tcPr>
            <w:tcW w:w="2835" w:type="dxa"/>
          </w:tcPr>
          <w:p w14:paraId="1AA3315F" w14:textId="77777777" w:rsidR="00680D8E" w:rsidRDefault="00000000">
            <w:r>
              <w:t>Código y repositorios</w:t>
            </w:r>
          </w:p>
        </w:tc>
        <w:tc>
          <w:tcPr>
            <w:tcW w:w="4111" w:type="dxa"/>
          </w:tcPr>
          <w:p w14:paraId="01A9DBDD" w14:textId="77777777" w:rsidR="00680D8E" w:rsidRDefault="00000000">
            <w:r>
              <w:t>https://sourcegraph.com/cody</w:t>
            </w:r>
          </w:p>
        </w:tc>
      </w:tr>
      <w:tr w:rsidR="00680D8E" w14:paraId="1EFEDC05" w14:textId="77777777" w:rsidTr="00484A32">
        <w:tc>
          <w:tcPr>
            <w:tcW w:w="562" w:type="dxa"/>
          </w:tcPr>
          <w:p w14:paraId="5FB62379" w14:textId="77777777" w:rsidR="00680D8E" w:rsidRDefault="00000000">
            <w:r>
              <w:t>78</w:t>
            </w:r>
          </w:p>
        </w:tc>
        <w:tc>
          <w:tcPr>
            <w:tcW w:w="1843" w:type="dxa"/>
          </w:tcPr>
          <w:p w14:paraId="697BB3B1" w14:textId="77777777" w:rsidR="00680D8E" w:rsidRDefault="00000000">
            <w:r>
              <w:t>Bolt.new</w:t>
            </w:r>
          </w:p>
        </w:tc>
        <w:tc>
          <w:tcPr>
            <w:tcW w:w="2835" w:type="dxa"/>
          </w:tcPr>
          <w:p w14:paraId="49A98C3B" w14:textId="77777777" w:rsidR="00680D8E" w:rsidRDefault="00000000">
            <w:r>
              <w:t>Crear aplicaciones</w:t>
            </w:r>
          </w:p>
        </w:tc>
        <w:tc>
          <w:tcPr>
            <w:tcW w:w="4111" w:type="dxa"/>
          </w:tcPr>
          <w:p w14:paraId="087581BD" w14:textId="77777777" w:rsidR="00680D8E" w:rsidRDefault="00000000">
            <w:r>
              <w:t>https://bolt.new/</w:t>
            </w:r>
          </w:p>
        </w:tc>
      </w:tr>
      <w:tr w:rsidR="00680D8E" w14:paraId="24F91C4C" w14:textId="77777777" w:rsidTr="00484A32">
        <w:tc>
          <w:tcPr>
            <w:tcW w:w="562" w:type="dxa"/>
          </w:tcPr>
          <w:p w14:paraId="324B73AC" w14:textId="77777777" w:rsidR="00680D8E" w:rsidRDefault="00000000">
            <w:r>
              <w:t>79</w:t>
            </w:r>
          </w:p>
        </w:tc>
        <w:tc>
          <w:tcPr>
            <w:tcW w:w="1843" w:type="dxa"/>
          </w:tcPr>
          <w:p w14:paraId="13A16EBF" w14:textId="77777777" w:rsidR="00680D8E" w:rsidRDefault="00000000">
            <w:r>
              <w:t>Lovable</w:t>
            </w:r>
          </w:p>
        </w:tc>
        <w:tc>
          <w:tcPr>
            <w:tcW w:w="2835" w:type="dxa"/>
          </w:tcPr>
          <w:p w14:paraId="33224006" w14:textId="77777777" w:rsidR="00680D8E" w:rsidRDefault="00000000">
            <w:r>
              <w:t>Desarrollo de aplicaciones</w:t>
            </w:r>
          </w:p>
        </w:tc>
        <w:tc>
          <w:tcPr>
            <w:tcW w:w="4111" w:type="dxa"/>
          </w:tcPr>
          <w:p w14:paraId="43FEE738" w14:textId="77777777" w:rsidR="00680D8E" w:rsidRDefault="00000000">
            <w:r>
              <w:t>https://lovable.dev/</w:t>
            </w:r>
          </w:p>
        </w:tc>
      </w:tr>
      <w:tr w:rsidR="00680D8E" w14:paraId="5A82A59B" w14:textId="77777777" w:rsidTr="00484A32">
        <w:tc>
          <w:tcPr>
            <w:tcW w:w="562" w:type="dxa"/>
          </w:tcPr>
          <w:p w14:paraId="03BF57FE" w14:textId="77777777" w:rsidR="00680D8E" w:rsidRDefault="00000000">
            <w:r>
              <w:t>80</w:t>
            </w:r>
          </w:p>
        </w:tc>
        <w:tc>
          <w:tcPr>
            <w:tcW w:w="1843" w:type="dxa"/>
          </w:tcPr>
          <w:p w14:paraId="5E9F7095" w14:textId="77777777" w:rsidR="00680D8E" w:rsidRDefault="00000000">
            <w:r>
              <w:t>v0</w:t>
            </w:r>
          </w:p>
        </w:tc>
        <w:tc>
          <w:tcPr>
            <w:tcW w:w="2835" w:type="dxa"/>
          </w:tcPr>
          <w:p w14:paraId="25AEDEA5" w14:textId="77777777" w:rsidR="00680D8E" w:rsidRDefault="00000000">
            <w:r>
              <w:t>Interfaces y aplicaciones</w:t>
            </w:r>
          </w:p>
        </w:tc>
        <w:tc>
          <w:tcPr>
            <w:tcW w:w="4111" w:type="dxa"/>
          </w:tcPr>
          <w:p w14:paraId="40A0239A" w14:textId="77777777" w:rsidR="00680D8E" w:rsidRDefault="00000000">
            <w:r>
              <w:t>https://v0.dev/</w:t>
            </w:r>
          </w:p>
        </w:tc>
      </w:tr>
    </w:tbl>
    <w:p w14:paraId="5A555F3A" w14:textId="77777777" w:rsidR="006F18A3" w:rsidRDefault="006F18A3">
      <w:pPr>
        <w:pStyle w:val="Ttulo1"/>
      </w:pPr>
    </w:p>
    <w:p w14:paraId="7D99E31E" w14:textId="77777777" w:rsidR="00484A32" w:rsidRDefault="00484A32" w:rsidP="00484A32"/>
    <w:p w14:paraId="1F5724B7" w14:textId="77777777" w:rsidR="00484A32" w:rsidRDefault="00484A32" w:rsidP="00484A32"/>
    <w:p w14:paraId="3AB72BAB" w14:textId="77777777" w:rsidR="00484A32" w:rsidRDefault="00484A32" w:rsidP="00484A32"/>
    <w:p w14:paraId="15BD3D8B" w14:textId="77777777" w:rsidR="00484A32" w:rsidRDefault="00484A32" w:rsidP="00484A32"/>
    <w:p w14:paraId="3EF06520" w14:textId="77777777" w:rsidR="00484A32" w:rsidRPr="00484A32" w:rsidRDefault="00484A32" w:rsidP="00484A32"/>
    <w:p w14:paraId="61182344" w14:textId="23A3B4A2" w:rsidR="00680D8E" w:rsidRDefault="00000000">
      <w:pPr>
        <w:pStyle w:val="Ttulo1"/>
      </w:pPr>
      <w:r>
        <w:lastRenderedPageBreak/>
        <w:t>8. Productividad, documentos y presentaciones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560"/>
        <w:gridCol w:w="3260"/>
        <w:gridCol w:w="3969"/>
      </w:tblGrid>
      <w:tr w:rsidR="00680D8E" w14:paraId="29101B77" w14:textId="77777777" w:rsidTr="00484A32">
        <w:tc>
          <w:tcPr>
            <w:tcW w:w="562" w:type="dxa"/>
          </w:tcPr>
          <w:p w14:paraId="760DE07C" w14:textId="77777777" w:rsidR="00680D8E" w:rsidRDefault="00000000">
            <w:r>
              <w:t>#</w:t>
            </w:r>
          </w:p>
        </w:tc>
        <w:tc>
          <w:tcPr>
            <w:tcW w:w="1560" w:type="dxa"/>
          </w:tcPr>
          <w:p w14:paraId="0D69EDC3" w14:textId="77777777" w:rsidR="00680D8E" w:rsidRDefault="00000000">
            <w:r>
              <w:t>IA</w:t>
            </w:r>
          </w:p>
        </w:tc>
        <w:tc>
          <w:tcPr>
            <w:tcW w:w="3260" w:type="dxa"/>
          </w:tcPr>
          <w:p w14:paraId="33D2F6EE" w14:textId="77777777" w:rsidR="00680D8E" w:rsidRDefault="00000000">
            <w:r>
              <w:t>Uso principal</w:t>
            </w:r>
          </w:p>
        </w:tc>
        <w:tc>
          <w:tcPr>
            <w:tcW w:w="3969" w:type="dxa"/>
          </w:tcPr>
          <w:p w14:paraId="3F57DEEE" w14:textId="77777777" w:rsidR="00680D8E" w:rsidRDefault="00000000">
            <w:r>
              <w:t>Enlace directo</w:t>
            </w:r>
          </w:p>
        </w:tc>
      </w:tr>
      <w:tr w:rsidR="00680D8E" w14:paraId="0EA1EAD1" w14:textId="77777777" w:rsidTr="00484A32">
        <w:tc>
          <w:tcPr>
            <w:tcW w:w="562" w:type="dxa"/>
          </w:tcPr>
          <w:p w14:paraId="69FA7740" w14:textId="77777777" w:rsidR="00680D8E" w:rsidRDefault="00000000">
            <w:r>
              <w:t>81</w:t>
            </w:r>
          </w:p>
        </w:tc>
        <w:tc>
          <w:tcPr>
            <w:tcW w:w="1560" w:type="dxa"/>
          </w:tcPr>
          <w:p w14:paraId="48BDB5FB" w14:textId="77777777" w:rsidR="00680D8E" w:rsidRDefault="00000000">
            <w:r>
              <w:t>Notion AI</w:t>
            </w:r>
          </w:p>
        </w:tc>
        <w:tc>
          <w:tcPr>
            <w:tcW w:w="3260" w:type="dxa"/>
          </w:tcPr>
          <w:p w14:paraId="30FB2EF5" w14:textId="77777777" w:rsidR="00680D8E" w:rsidRDefault="00000000">
            <w:r>
              <w:t>Documentos y organización</w:t>
            </w:r>
          </w:p>
        </w:tc>
        <w:tc>
          <w:tcPr>
            <w:tcW w:w="3969" w:type="dxa"/>
          </w:tcPr>
          <w:p w14:paraId="2F453F80" w14:textId="77777777" w:rsidR="00680D8E" w:rsidRDefault="00000000">
            <w:r>
              <w:t>https://www.notion.so/product/ai</w:t>
            </w:r>
          </w:p>
        </w:tc>
      </w:tr>
      <w:tr w:rsidR="00680D8E" w14:paraId="3FF9B7FC" w14:textId="77777777" w:rsidTr="00484A32">
        <w:tc>
          <w:tcPr>
            <w:tcW w:w="562" w:type="dxa"/>
          </w:tcPr>
          <w:p w14:paraId="74BA1B2E" w14:textId="77777777" w:rsidR="00680D8E" w:rsidRDefault="00000000">
            <w:r>
              <w:t>82</w:t>
            </w:r>
          </w:p>
        </w:tc>
        <w:tc>
          <w:tcPr>
            <w:tcW w:w="1560" w:type="dxa"/>
          </w:tcPr>
          <w:p w14:paraId="22B1A9F3" w14:textId="77777777" w:rsidR="00680D8E" w:rsidRDefault="00000000">
            <w:r>
              <w:t>Microsoft 365 Copilot</w:t>
            </w:r>
          </w:p>
        </w:tc>
        <w:tc>
          <w:tcPr>
            <w:tcW w:w="3260" w:type="dxa"/>
          </w:tcPr>
          <w:p w14:paraId="14D19B08" w14:textId="77777777" w:rsidR="00680D8E" w:rsidRDefault="00000000">
            <w:r>
              <w:t>Office y productividad</w:t>
            </w:r>
          </w:p>
        </w:tc>
        <w:tc>
          <w:tcPr>
            <w:tcW w:w="3969" w:type="dxa"/>
          </w:tcPr>
          <w:p w14:paraId="48354DE2" w14:textId="77777777" w:rsidR="00680D8E" w:rsidRDefault="00000000">
            <w:r>
              <w:t>https://www.microsoft.com/microsoft-365/copilot</w:t>
            </w:r>
          </w:p>
        </w:tc>
      </w:tr>
      <w:tr w:rsidR="00680D8E" w14:paraId="7FD05152" w14:textId="77777777" w:rsidTr="00484A32">
        <w:tc>
          <w:tcPr>
            <w:tcW w:w="562" w:type="dxa"/>
          </w:tcPr>
          <w:p w14:paraId="6A141310" w14:textId="77777777" w:rsidR="00680D8E" w:rsidRDefault="00000000">
            <w:r>
              <w:t>83</w:t>
            </w:r>
          </w:p>
        </w:tc>
        <w:tc>
          <w:tcPr>
            <w:tcW w:w="1560" w:type="dxa"/>
          </w:tcPr>
          <w:p w14:paraId="1F2C48D2" w14:textId="77777777" w:rsidR="00680D8E" w:rsidRDefault="00000000">
            <w:r>
              <w:t>Google Workspace + Gemini</w:t>
            </w:r>
          </w:p>
        </w:tc>
        <w:tc>
          <w:tcPr>
            <w:tcW w:w="3260" w:type="dxa"/>
          </w:tcPr>
          <w:p w14:paraId="00F26B5F" w14:textId="77777777" w:rsidR="00680D8E" w:rsidRDefault="00000000">
            <w:r>
              <w:t>Docs, Gmail, Sheets, etc.</w:t>
            </w:r>
          </w:p>
        </w:tc>
        <w:tc>
          <w:tcPr>
            <w:tcW w:w="3969" w:type="dxa"/>
          </w:tcPr>
          <w:p w14:paraId="6F0DCF23" w14:textId="77777777" w:rsidR="00680D8E" w:rsidRDefault="00000000">
            <w:r>
              <w:t>https://workspace.google.com/</w:t>
            </w:r>
          </w:p>
        </w:tc>
      </w:tr>
      <w:tr w:rsidR="00680D8E" w14:paraId="4648982E" w14:textId="77777777" w:rsidTr="00484A32">
        <w:tc>
          <w:tcPr>
            <w:tcW w:w="562" w:type="dxa"/>
          </w:tcPr>
          <w:p w14:paraId="75CCB9D6" w14:textId="77777777" w:rsidR="00680D8E" w:rsidRDefault="00000000">
            <w:r>
              <w:t>84</w:t>
            </w:r>
          </w:p>
        </w:tc>
        <w:tc>
          <w:tcPr>
            <w:tcW w:w="1560" w:type="dxa"/>
          </w:tcPr>
          <w:p w14:paraId="4A023B1B" w14:textId="77777777" w:rsidR="00680D8E" w:rsidRDefault="00000000">
            <w:r>
              <w:t>Gamma</w:t>
            </w:r>
          </w:p>
        </w:tc>
        <w:tc>
          <w:tcPr>
            <w:tcW w:w="3260" w:type="dxa"/>
          </w:tcPr>
          <w:p w14:paraId="52A25818" w14:textId="77777777" w:rsidR="00680D8E" w:rsidRDefault="00000000">
            <w:r>
              <w:t>Presentaciones</w:t>
            </w:r>
          </w:p>
        </w:tc>
        <w:tc>
          <w:tcPr>
            <w:tcW w:w="3969" w:type="dxa"/>
          </w:tcPr>
          <w:p w14:paraId="391A7007" w14:textId="77777777" w:rsidR="00680D8E" w:rsidRDefault="00000000">
            <w:r>
              <w:t>https://gamma.app/</w:t>
            </w:r>
          </w:p>
        </w:tc>
      </w:tr>
      <w:tr w:rsidR="00680D8E" w14:paraId="1F316B7D" w14:textId="77777777" w:rsidTr="00484A32">
        <w:tc>
          <w:tcPr>
            <w:tcW w:w="562" w:type="dxa"/>
          </w:tcPr>
          <w:p w14:paraId="6A02FC2B" w14:textId="77777777" w:rsidR="00680D8E" w:rsidRDefault="00000000">
            <w:r>
              <w:t>85</w:t>
            </w:r>
          </w:p>
        </w:tc>
        <w:tc>
          <w:tcPr>
            <w:tcW w:w="1560" w:type="dxa"/>
          </w:tcPr>
          <w:p w14:paraId="0F90E733" w14:textId="77777777" w:rsidR="00680D8E" w:rsidRDefault="00000000">
            <w:r>
              <w:t>Canva AI</w:t>
            </w:r>
          </w:p>
        </w:tc>
        <w:tc>
          <w:tcPr>
            <w:tcW w:w="3260" w:type="dxa"/>
          </w:tcPr>
          <w:p w14:paraId="45024061" w14:textId="77777777" w:rsidR="00680D8E" w:rsidRDefault="00000000">
            <w:r>
              <w:t>Diseño y presentaciones</w:t>
            </w:r>
          </w:p>
        </w:tc>
        <w:tc>
          <w:tcPr>
            <w:tcW w:w="3969" w:type="dxa"/>
          </w:tcPr>
          <w:p w14:paraId="026CB391" w14:textId="77777777" w:rsidR="00680D8E" w:rsidRDefault="00000000">
            <w:r>
              <w:t>https://www.canva.com/ai/</w:t>
            </w:r>
          </w:p>
        </w:tc>
      </w:tr>
      <w:tr w:rsidR="00680D8E" w14:paraId="10B2452C" w14:textId="77777777" w:rsidTr="00484A32">
        <w:tc>
          <w:tcPr>
            <w:tcW w:w="562" w:type="dxa"/>
          </w:tcPr>
          <w:p w14:paraId="45F55B86" w14:textId="77777777" w:rsidR="00680D8E" w:rsidRDefault="00000000">
            <w:r>
              <w:t>86</w:t>
            </w:r>
          </w:p>
        </w:tc>
        <w:tc>
          <w:tcPr>
            <w:tcW w:w="1560" w:type="dxa"/>
          </w:tcPr>
          <w:p w14:paraId="70C50E9A" w14:textId="77777777" w:rsidR="00680D8E" w:rsidRDefault="00000000">
            <w:r>
              <w:t>Beautiful.ai</w:t>
            </w:r>
          </w:p>
        </w:tc>
        <w:tc>
          <w:tcPr>
            <w:tcW w:w="3260" w:type="dxa"/>
          </w:tcPr>
          <w:p w14:paraId="52CE0B80" w14:textId="77777777" w:rsidR="00680D8E" w:rsidRDefault="00000000">
            <w:r>
              <w:t>Presentaciones</w:t>
            </w:r>
          </w:p>
        </w:tc>
        <w:tc>
          <w:tcPr>
            <w:tcW w:w="3969" w:type="dxa"/>
          </w:tcPr>
          <w:p w14:paraId="459C1A85" w14:textId="77777777" w:rsidR="00680D8E" w:rsidRDefault="00000000">
            <w:r>
              <w:t>https://www.beautiful.ai/</w:t>
            </w:r>
          </w:p>
        </w:tc>
      </w:tr>
      <w:tr w:rsidR="00680D8E" w14:paraId="76F99748" w14:textId="77777777" w:rsidTr="00484A32">
        <w:tc>
          <w:tcPr>
            <w:tcW w:w="562" w:type="dxa"/>
          </w:tcPr>
          <w:p w14:paraId="22146F32" w14:textId="77777777" w:rsidR="00680D8E" w:rsidRDefault="00000000">
            <w:r>
              <w:t>87</w:t>
            </w:r>
          </w:p>
        </w:tc>
        <w:tc>
          <w:tcPr>
            <w:tcW w:w="1560" w:type="dxa"/>
          </w:tcPr>
          <w:p w14:paraId="04FA8C36" w14:textId="77777777" w:rsidR="00680D8E" w:rsidRDefault="00000000">
            <w:r>
              <w:t>Tome</w:t>
            </w:r>
          </w:p>
        </w:tc>
        <w:tc>
          <w:tcPr>
            <w:tcW w:w="3260" w:type="dxa"/>
          </w:tcPr>
          <w:p w14:paraId="1AE1AC31" w14:textId="77777777" w:rsidR="00680D8E" w:rsidRDefault="00000000">
            <w:r>
              <w:t>Presentaciones y storytelling</w:t>
            </w:r>
          </w:p>
        </w:tc>
        <w:tc>
          <w:tcPr>
            <w:tcW w:w="3969" w:type="dxa"/>
          </w:tcPr>
          <w:p w14:paraId="5E978C98" w14:textId="77777777" w:rsidR="00680D8E" w:rsidRDefault="00000000">
            <w:r>
              <w:t>https://tome.app/</w:t>
            </w:r>
          </w:p>
        </w:tc>
      </w:tr>
      <w:tr w:rsidR="00680D8E" w14:paraId="052D3926" w14:textId="77777777" w:rsidTr="00484A32">
        <w:tc>
          <w:tcPr>
            <w:tcW w:w="562" w:type="dxa"/>
          </w:tcPr>
          <w:p w14:paraId="602D8CDB" w14:textId="77777777" w:rsidR="00680D8E" w:rsidRDefault="00000000">
            <w:r>
              <w:t>88</w:t>
            </w:r>
          </w:p>
        </w:tc>
        <w:tc>
          <w:tcPr>
            <w:tcW w:w="1560" w:type="dxa"/>
          </w:tcPr>
          <w:p w14:paraId="4E819662" w14:textId="77777777" w:rsidR="00680D8E" w:rsidRDefault="00000000">
            <w:r>
              <w:t>Napkin AI</w:t>
            </w:r>
          </w:p>
        </w:tc>
        <w:tc>
          <w:tcPr>
            <w:tcW w:w="3260" w:type="dxa"/>
          </w:tcPr>
          <w:p w14:paraId="5C730BDC" w14:textId="77777777" w:rsidR="00680D8E" w:rsidRDefault="00000000">
            <w:r>
              <w:t>Diagramas visuales</w:t>
            </w:r>
          </w:p>
        </w:tc>
        <w:tc>
          <w:tcPr>
            <w:tcW w:w="3969" w:type="dxa"/>
          </w:tcPr>
          <w:p w14:paraId="449AE418" w14:textId="77777777" w:rsidR="00680D8E" w:rsidRDefault="00000000">
            <w:r>
              <w:t>https://www.napkin.ai/</w:t>
            </w:r>
          </w:p>
        </w:tc>
      </w:tr>
      <w:tr w:rsidR="00680D8E" w14:paraId="0CC88324" w14:textId="77777777" w:rsidTr="00484A32">
        <w:tc>
          <w:tcPr>
            <w:tcW w:w="562" w:type="dxa"/>
          </w:tcPr>
          <w:p w14:paraId="32F624C6" w14:textId="77777777" w:rsidR="00680D8E" w:rsidRDefault="00000000">
            <w:r>
              <w:t>89</w:t>
            </w:r>
          </w:p>
        </w:tc>
        <w:tc>
          <w:tcPr>
            <w:tcW w:w="1560" w:type="dxa"/>
          </w:tcPr>
          <w:p w14:paraId="27ED7BB9" w14:textId="77777777" w:rsidR="00680D8E" w:rsidRDefault="00000000">
            <w:r>
              <w:t>Mem</w:t>
            </w:r>
          </w:p>
        </w:tc>
        <w:tc>
          <w:tcPr>
            <w:tcW w:w="3260" w:type="dxa"/>
          </w:tcPr>
          <w:p w14:paraId="5CB04019" w14:textId="77777777" w:rsidR="00680D8E" w:rsidRDefault="00000000">
            <w:r>
              <w:t>Notas y conocimiento personal</w:t>
            </w:r>
          </w:p>
        </w:tc>
        <w:tc>
          <w:tcPr>
            <w:tcW w:w="3969" w:type="dxa"/>
          </w:tcPr>
          <w:p w14:paraId="7097DB64" w14:textId="77777777" w:rsidR="00680D8E" w:rsidRDefault="00000000">
            <w:r>
              <w:t>https://mem.ai/</w:t>
            </w:r>
          </w:p>
        </w:tc>
      </w:tr>
      <w:tr w:rsidR="00680D8E" w14:paraId="31D373A1" w14:textId="77777777" w:rsidTr="00484A32">
        <w:tc>
          <w:tcPr>
            <w:tcW w:w="562" w:type="dxa"/>
          </w:tcPr>
          <w:p w14:paraId="035BC0A4" w14:textId="77777777" w:rsidR="00680D8E" w:rsidRDefault="00000000">
            <w:r>
              <w:t>90</w:t>
            </w:r>
          </w:p>
        </w:tc>
        <w:tc>
          <w:tcPr>
            <w:tcW w:w="1560" w:type="dxa"/>
          </w:tcPr>
          <w:p w14:paraId="71FA0EC5" w14:textId="77777777" w:rsidR="00680D8E" w:rsidRDefault="00000000">
            <w:r>
              <w:t>Otter.ai</w:t>
            </w:r>
          </w:p>
        </w:tc>
        <w:tc>
          <w:tcPr>
            <w:tcW w:w="3260" w:type="dxa"/>
          </w:tcPr>
          <w:p w14:paraId="21158870" w14:textId="77777777" w:rsidR="00680D8E" w:rsidRDefault="00000000">
            <w:r>
              <w:t>Transcripción y reuniones</w:t>
            </w:r>
          </w:p>
        </w:tc>
        <w:tc>
          <w:tcPr>
            <w:tcW w:w="3969" w:type="dxa"/>
          </w:tcPr>
          <w:p w14:paraId="522007AE" w14:textId="77777777" w:rsidR="00680D8E" w:rsidRDefault="00000000">
            <w:r>
              <w:t>https://otter.ai/</w:t>
            </w:r>
          </w:p>
        </w:tc>
      </w:tr>
    </w:tbl>
    <w:p w14:paraId="1807C407" w14:textId="77777777" w:rsidR="00680D8E" w:rsidRDefault="00000000">
      <w:pPr>
        <w:pStyle w:val="Ttulo1"/>
      </w:pPr>
      <w:r>
        <w:t>9. Marketing, SEO y ventas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560"/>
        <w:gridCol w:w="3260"/>
        <w:gridCol w:w="3969"/>
      </w:tblGrid>
      <w:tr w:rsidR="00680D8E" w14:paraId="2643724B" w14:textId="77777777" w:rsidTr="00484A32">
        <w:tc>
          <w:tcPr>
            <w:tcW w:w="562" w:type="dxa"/>
          </w:tcPr>
          <w:p w14:paraId="7CF80087" w14:textId="77777777" w:rsidR="00680D8E" w:rsidRDefault="00000000">
            <w:r>
              <w:t>#</w:t>
            </w:r>
          </w:p>
        </w:tc>
        <w:tc>
          <w:tcPr>
            <w:tcW w:w="1560" w:type="dxa"/>
          </w:tcPr>
          <w:p w14:paraId="51393FE4" w14:textId="77777777" w:rsidR="00680D8E" w:rsidRDefault="00000000">
            <w:r>
              <w:t>IA</w:t>
            </w:r>
          </w:p>
        </w:tc>
        <w:tc>
          <w:tcPr>
            <w:tcW w:w="3260" w:type="dxa"/>
          </w:tcPr>
          <w:p w14:paraId="1C54E99E" w14:textId="77777777" w:rsidR="00680D8E" w:rsidRDefault="00000000">
            <w:r>
              <w:t>Uso principal</w:t>
            </w:r>
          </w:p>
        </w:tc>
        <w:tc>
          <w:tcPr>
            <w:tcW w:w="3969" w:type="dxa"/>
          </w:tcPr>
          <w:p w14:paraId="0093196F" w14:textId="77777777" w:rsidR="00680D8E" w:rsidRDefault="00000000">
            <w:r>
              <w:t>Enlace directo</w:t>
            </w:r>
          </w:p>
        </w:tc>
      </w:tr>
      <w:tr w:rsidR="00680D8E" w14:paraId="72BD2A9F" w14:textId="77777777" w:rsidTr="00484A32">
        <w:tc>
          <w:tcPr>
            <w:tcW w:w="562" w:type="dxa"/>
          </w:tcPr>
          <w:p w14:paraId="04847F38" w14:textId="77777777" w:rsidR="00680D8E" w:rsidRDefault="00000000">
            <w:r>
              <w:t>91</w:t>
            </w:r>
          </w:p>
        </w:tc>
        <w:tc>
          <w:tcPr>
            <w:tcW w:w="1560" w:type="dxa"/>
          </w:tcPr>
          <w:p w14:paraId="6A112965" w14:textId="77777777" w:rsidR="00680D8E" w:rsidRDefault="00000000">
            <w:r>
              <w:t>HubSpot AI</w:t>
            </w:r>
          </w:p>
        </w:tc>
        <w:tc>
          <w:tcPr>
            <w:tcW w:w="3260" w:type="dxa"/>
          </w:tcPr>
          <w:p w14:paraId="2F6E0A08" w14:textId="77777777" w:rsidR="00680D8E" w:rsidRDefault="00000000">
            <w:r>
              <w:t>CRM y marketing</w:t>
            </w:r>
          </w:p>
        </w:tc>
        <w:tc>
          <w:tcPr>
            <w:tcW w:w="3969" w:type="dxa"/>
          </w:tcPr>
          <w:p w14:paraId="2B839A24" w14:textId="77777777" w:rsidR="00680D8E" w:rsidRDefault="00000000">
            <w:r>
              <w:t>https://www.hubspot.com/</w:t>
            </w:r>
          </w:p>
        </w:tc>
      </w:tr>
      <w:tr w:rsidR="00680D8E" w14:paraId="36338A55" w14:textId="77777777" w:rsidTr="00484A32">
        <w:tc>
          <w:tcPr>
            <w:tcW w:w="562" w:type="dxa"/>
          </w:tcPr>
          <w:p w14:paraId="5E1903E8" w14:textId="77777777" w:rsidR="00680D8E" w:rsidRDefault="00000000">
            <w:r>
              <w:t>92</w:t>
            </w:r>
          </w:p>
        </w:tc>
        <w:tc>
          <w:tcPr>
            <w:tcW w:w="1560" w:type="dxa"/>
          </w:tcPr>
          <w:p w14:paraId="00B7B5B9" w14:textId="77777777" w:rsidR="00680D8E" w:rsidRDefault="00000000">
            <w:r>
              <w:t>Jasper</w:t>
            </w:r>
          </w:p>
        </w:tc>
        <w:tc>
          <w:tcPr>
            <w:tcW w:w="3260" w:type="dxa"/>
          </w:tcPr>
          <w:p w14:paraId="22C336E7" w14:textId="77777777" w:rsidR="00680D8E" w:rsidRDefault="00000000">
            <w:r>
              <w:t>Marketing</w:t>
            </w:r>
          </w:p>
        </w:tc>
        <w:tc>
          <w:tcPr>
            <w:tcW w:w="3969" w:type="dxa"/>
          </w:tcPr>
          <w:p w14:paraId="361DF457" w14:textId="77777777" w:rsidR="00680D8E" w:rsidRDefault="00000000">
            <w:r>
              <w:t>https://www.jasper.ai/</w:t>
            </w:r>
          </w:p>
        </w:tc>
      </w:tr>
      <w:tr w:rsidR="00680D8E" w14:paraId="325B1FA6" w14:textId="77777777" w:rsidTr="00484A32">
        <w:tc>
          <w:tcPr>
            <w:tcW w:w="562" w:type="dxa"/>
          </w:tcPr>
          <w:p w14:paraId="724E9D11" w14:textId="77777777" w:rsidR="00680D8E" w:rsidRDefault="00000000">
            <w:r>
              <w:t>93</w:t>
            </w:r>
          </w:p>
        </w:tc>
        <w:tc>
          <w:tcPr>
            <w:tcW w:w="1560" w:type="dxa"/>
          </w:tcPr>
          <w:p w14:paraId="4CEC8C3D" w14:textId="77777777" w:rsidR="00680D8E" w:rsidRDefault="00000000">
            <w:r>
              <w:t>Semrush</w:t>
            </w:r>
          </w:p>
        </w:tc>
        <w:tc>
          <w:tcPr>
            <w:tcW w:w="3260" w:type="dxa"/>
          </w:tcPr>
          <w:p w14:paraId="29CCCBC4" w14:textId="77777777" w:rsidR="00680D8E" w:rsidRDefault="00000000">
            <w:r>
              <w:t>SEO y marketing</w:t>
            </w:r>
          </w:p>
        </w:tc>
        <w:tc>
          <w:tcPr>
            <w:tcW w:w="3969" w:type="dxa"/>
          </w:tcPr>
          <w:p w14:paraId="30B1DC3F" w14:textId="77777777" w:rsidR="00680D8E" w:rsidRDefault="00000000">
            <w:r>
              <w:t>https://www.semrush.com/</w:t>
            </w:r>
          </w:p>
        </w:tc>
      </w:tr>
      <w:tr w:rsidR="00680D8E" w14:paraId="37A82D72" w14:textId="77777777" w:rsidTr="00484A32">
        <w:tc>
          <w:tcPr>
            <w:tcW w:w="562" w:type="dxa"/>
          </w:tcPr>
          <w:p w14:paraId="6CD9F712" w14:textId="77777777" w:rsidR="00680D8E" w:rsidRDefault="00000000">
            <w:r>
              <w:t>94</w:t>
            </w:r>
          </w:p>
        </w:tc>
        <w:tc>
          <w:tcPr>
            <w:tcW w:w="1560" w:type="dxa"/>
          </w:tcPr>
          <w:p w14:paraId="00E87098" w14:textId="77777777" w:rsidR="00680D8E" w:rsidRDefault="00000000">
            <w:r>
              <w:t>Ahrefs</w:t>
            </w:r>
          </w:p>
        </w:tc>
        <w:tc>
          <w:tcPr>
            <w:tcW w:w="3260" w:type="dxa"/>
          </w:tcPr>
          <w:p w14:paraId="70341EDA" w14:textId="77777777" w:rsidR="00680D8E" w:rsidRDefault="00000000">
            <w:r>
              <w:t>SEO</w:t>
            </w:r>
          </w:p>
        </w:tc>
        <w:tc>
          <w:tcPr>
            <w:tcW w:w="3969" w:type="dxa"/>
          </w:tcPr>
          <w:p w14:paraId="1A9094C6" w14:textId="77777777" w:rsidR="00680D8E" w:rsidRDefault="00000000">
            <w:r>
              <w:t>https://ahrefs.com/</w:t>
            </w:r>
          </w:p>
        </w:tc>
      </w:tr>
      <w:tr w:rsidR="00680D8E" w14:paraId="3C3C21C0" w14:textId="77777777" w:rsidTr="00484A32">
        <w:tc>
          <w:tcPr>
            <w:tcW w:w="562" w:type="dxa"/>
          </w:tcPr>
          <w:p w14:paraId="49E44D20" w14:textId="77777777" w:rsidR="00680D8E" w:rsidRDefault="00000000">
            <w:r>
              <w:t>95</w:t>
            </w:r>
          </w:p>
        </w:tc>
        <w:tc>
          <w:tcPr>
            <w:tcW w:w="1560" w:type="dxa"/>
          </w:tcPr>
          <w:p w14:paraId="566F8EE1" w14:textId="77777777" w:rsidR="00680D8E" w:rsidRDefault="00000000">
            <w:r>
              <w:t>Surfer</w:t>
            </w:r>
          </w:p>
        </w:tc>
        <w:tc>
          <w:tcPr>
            <w:tcW w:w="3260" w:type="dxa"/>
          </w:tcPr>
          <w:p w14:paraId="10C927CE" w14:textId="77777777" w:rsidR="00680D8E" w:rsidRDefault="00000000">
            <w:r>
              <w:t>SEO y contenido</w:t>
            </w:r>
          </w:p>
        </w:tc>
        <w:tc>
          <w:tcPr>
            <w:tcW w:w="3969" w:type="dxa"/>
          </w:tcPr>
          <w:p w14:paraId="1008CA0E" w14:textId="77777777" w:rsidR="00680D8E" w:rsidRDefault="00000000">
            <w:r>
              <w:t>https://surferseo.com/</w:t>
            </w:r>
          </w:p>
        </w:tc>
      </w:tr>
      <w:tr w:rsidR="00680D8E" w14:paraId="2CD8FF43" w14:textId="77777777" w:rsidTr="00484A32">
        <w:tc>
          <w:tcPr>
            <w:tcW w:w="562" w:type="dxa"/>
          </w:tcPr>
          <w:p w14:paraId="69E79219" w14:textId="77777777" w:rsidR="00680D8E" w:rsidRDefault="00000000">
            <w:r>
              <w:t>96</w:t>
            </w:r>
          </w:p>
        </w:tc>
        <w:tc>
          <w:tcPr>
            <w:tcW w:w="1560" w:type="dxa"/>
          </w:tcPr>
          <w:p w14:paraId="73DCB0A1" w14:textId="77777777" w:rsidR="00680D8E" w:rsidRDefault="00000000">
            <w:r>
              <w:t>Frase</w:t>
            </w:r>
          </w:p>
        </w:tc>
        <w:tc>
          <w:tcPr>
            <w:tcW w:w="3260" w:type="dxa"/>
          </w:tcPr>
          <w:p w14:paraId="747111BD" w14:textId="77777777" w:rsidR="00680D8E" w:rsidRDefault="00000000">
            <w:r>
              <w:t>SEO y contenido</w:t>
            </w:r>
          </w:p>
        </w:tc>
        <w:tc>
          <w:tcPr>
            <w:tcW w:w="3969" w:type="dxa"/>
          </w:tcPr>
          <w:p w14:paraId="30C2663D" w14:textId="77777777" w:rsidR="00680D8E" w:rsidRDefault="00000000">
            <w:r>
              <w:t>https://www.frase.io/</w:t>
            </w:r>
          </w:p>
        </w:tc>
      </w:tr>
      <w:tr w:rsidR="00680D8E" w14:paraId="5B33A2FC" w14:textId="77777777" w:rsidTr="00484A32">
        <w:tc>
          <w:tcPr>
            <w:tcW w:w="562" w:type="dxa"/>
          </w:tcPr>
          <w:p w14:paraId="1BC583A9" w14:textId="77777777" w:rsidR="00680D8E" w:rsidRDefault="00000000">
            <w:r>
              <w:t>97</w:t>
            </w:r>
          </w:p>
        </w:tc>
        <w:tc>
          <w:tcPr>
            <w:tcW w:w="1560" w:type="dxa"/>
          </w:tcPr>
          <w:p w14:paraId="0358A777" w14:textId="77777777" w:rsidR="00680D8E" w:rsidRDefault="00000000">
            <w:r>
              <w:t>Scalenut</w:t>
            </w:r>
          </w:p>
        </w:tc>
        <w:tc>
          <w:tcPr>
            <w:tcW w:w="3260" w:type="dxa"/>
          </w:tcPr>
          <w:p w14:paraId="7B1D3520" w14:textId="77777777" w:rsidR="00680D8E" w:rsidRDefault="00000000">
            <w:r>
              <w:t>SEO y contenido</w:t>
            </w:r>
          </w:p>
        </w:tc>
        <w:tc>
          <w:tcPr>
            <w:tcW w:w="3969" w:type="dxa"/>
          </w:tcPr>
          <w:p w14:paraId="2A8C15F8" w14:textId="77777777" w:rsidR="00680D8E" w:rsidRDefault="00000000">
            <w:r>
              <w:t>https://www.scalenut.com/</w:t>
            </w:r>
          </w:p>
        </w:tc>
      </w:tr>
      <w:tr w:rsidR="00680D8E" w14:paraId="285A5EB3" w14:textId="77777777" w:rsidTr="00484A32">
        <w:tc>
          <w:tcPr>
            <w:tcW w:w="562" w:type="dxa"/>
          </w:tcPr>
          <w:p w14:paraId="670079DB" w14:textId="77777777" w:rsidR="00680D8E" w:rsidRDefault="00000000">
            <w:r>
              <w:t>98</w:t>
            </w:r>
          </w:p>
        </w:tc>
        <w:tc>
          <w:tcPr>
            <w:tcW w:w="1560" w:type="dxa"/>
          </w:tcPr>
          <w:p w14:paraId="184FBE5F" w14:textId="77777777" w:rsidR="00680D8E" w:rsidRDefault="00000000">
            <w:r>
              <w:t>AdCreative.ai</w:t>
            </w:r>
          </w:p>
        </w:tc>
        <w:tc>
          <w:tcPr>
            <w:tcW w:w="3260" w:type="dxa"/>
          </w:tcPr>
          <w:p w14:paraId="464706FF" w14:textId="77777777" w:rsidR="00680D8E" w:rsidRDefault="00000000">
            <w:r>
              <w:t>Publicidad</w:t>
            </w:r>
          </w:p>
        </w:tc>
        <w:tc>
          <w:tcPr>
            <w:tcW w:w="3969" w:type="dxa"/>
          </w:tcPr>
          <w:p w14:paraId="2DE43F3A" w14:textId="77777777" w:rsidR="00680D8E" w:rsidRDefault="00000000">
            <w:r>
              <w:t>https://www.adcreative.ai/</w:t>
            </w:r>
          </w:p>
        </w:tc>
      </w:tr>
      <w:tr w:rsidR="00680D8E" w14:paraId="1611C3B5" w14:textId="77777777" w:rsidTr="00484A32">
        <w:tc>
          <w:tcPr>
            <w:tcW w:w="562" w:type="dxa"/>
          </w:tcPr>
          <w:p w14:paraId="2DEFCF92" w14:textId="77777777" w:rsidR="00680D8E" w:rsidRDefault="00000000">
            <w:r>
              <w:t>99</w:t>
            </w:r>
          </w:p>
        </w:tc>
        <w:tc>
          <w:tcPr>
            <w:tcW w:w="1560" w:type="dxa"/>
          </w:tcPr>
          <w:p w14:paraId="63FAE602" w14:textId="77777777" w:rsidR="00680D8E" w:rsidRDefault="00000000">
            <w:r>
              <w:t>Ocoya</w:t>
            </w:r>
          </w:p>
        </w:tc>
        <w:tc>
          <w:tcPr>
            <w:tcW w:w="3260" w:type="dxa"/>
          </w:tcPr>
          <w:p w14:paraId="2B56CFFE" w14:textId="77777777" w:rsidR="00680D8E" w:rsidRDefault="00000000">
            <w:r>
              <w:t>Redes sociales</w:t>
            </w:r>
          </w:p>
        </w:tc>
        <w:tc>
          <w:tcPr>
            <w:tcW w:w="3969" w:type="dxa"/>
          </w:tcPr>
          <w:p w14:paraId="3C760104" w14:textId="77777777" w:rsidR="00680D8E" w:rsidRDefault="00000000">
            <w:r>
              <w:t>https://www.ocoya.com/</w:t>
            </w:r>
          </w:p>
        </w:tc>
      </w:tr>
      <w:tr w:rsidR="00680D8E" w14:paraId="7BAEF627" w14:textId="77777777" w:rsidTr="00484A32">
        <w:tc>
          <w:tcPr>
            <w:tcW w:w="562" w:type="dxa"/>
          </w:tcPr>
          <w:p w14:paraId="428DB4A5" w14:textId="77777777" w:rsidR="00680D8E" w:rsidRDefault="00000000">
            <w:r>
              <w:t>100</w:t>
            </w:r>
          </w:p>
        </w:tc>
        <w:tc>
          <w:tcPr>
            <w:tcW w:w="1560" w:type="dxa"/>
          </w:tcPr>
          <w:p w14:paraId="5157F921" w14:textId="77777777" w:rsidR="00680D8E" w:rsidRDefault="00000000">
            <w:r>
              <w:t>Predis.ai</w:t>
            </w:r>
          </w:p>
        </w:tc>
        <w:tc>
          <w:tcPr>
            <w:tcW w:w="3260" w:type="dxa"/>
          </w:tcPr>
          <w:p w14:paraId="36FD4300" w14:textId="77777777" w:rsidR="00680D8E" w:rsidRDefault="00000000">
            <w:r>
              <w:t>Marketing social</w:t>
            </w:r>
          </w:p>
        </w:tc>
        <w:tc>
          <w:tcPr>
            <w:tcW w:w="3969" w:type="dxa"/>
          </w:tcPr>
          <w:p w14:paraId="2D0032F0" w14:textId="77777777" w:rsidR="00680D8E" w:rsidRDefault="00000000">
            <w:r>
              <w:t>https://predis.ai/</w:t>
            </w:r>
          </w:p>
        </w:tc>
      </w:tr>
    </w:tbl>
    <w:p w14:paraId="022635A0" w14:textId="77777777" w:rsidR="00680D8E" w:rsidRDefault="00000000">
      <w:pPr>
        <w:pStyle w:val="Ttulo1"/>
      </w:pPr>
      <w:r>
        <w:t>10. Automatización y agentes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562"/>
        <w:gridCol w:w="1560"/>
        <w:gridCol w:w="3234"/>
        <w:gridCol w:w="3995"/>
      </w:tblGrid>
      <w:tr w:rsidR="00680D8E" w14:paraId="6F4F45B1" w14:textId="77777777" w:rsidTr="00484A32">
        <w:tc>
          <w:tcPr>
            <w:tcW w:w="562" w:type="dxa"/>
          </w:tcPr>
          <w:p w14:paraId="0EE3ED8E" w14:textId="77777777" w:rsidR="00680D8E" w:rsidRDefault="00000000">
            <w:r>
              <w:t>#</w:t>
            </w:r>
          </w:p>
        </w:tc>
        <w:tc>
          <w:tcPr>
            <w:tcW w:w="1560" w:type="dxa"/>
          </w:tcPr>
          <w:p w14:paraId="591D1D6E" w14:textId="77777777" w:rsidR="00680D8E" w:rsidRDefault="00000000">
            <w:r>
              <w:t>IA</w:t>
            </w:r>
          </w:p>
        </w:tc>
        <w:tc>
          <w:tcPr>
            <w:tcW w:w="3234" w:type="dxa"/>
          </w:tcPr>
          <w:p w14:paraId="4CFEE252" w14:textId="77777777" w:rsidR="00680D8E" w:rsidRDefault="00000000">
            <w:r>
              <w:t>Uso principal</w:t>
            </w:r>
          </w:p>
        </w:tc>
        <w:tc>
          <w:tcPr>
            <w:tcW w:w="3995" w:type="dxa"/>
          </w:tcPr>
          <w:p w14:paraId="693D4A10" w14:textId="77777777" w:rsidR="00680D8E" w:rsidRDefault="00000000">
            <w:r>
              <w:t>Enlace directo</w:t>
            </w:r>
          </w:p>
        </w:tc>
      </w:tr>
      <w:tr w:rsidR="00680D8E" w14:paraId="5846C6CF" w14:textId="77777777" w:rsidTr="00484A32">
        <w:tc>
          <w:tcPr>
            <w:tcW w:w="562" w:type="dxa"/>
          </w:tcPr>
          <w:p w14:paraId="4F317722" w14:textId="77777777" w:rsidR="00680D8E" w:rsidRDefault="00000000">
            <w:r>
              <w:t>101</w:t>
            </w:r>
          </w:p>
        </w:tc>
        <w:tc>
          <w:tcPr>
            <w:tcW w:w="1560" w:type="dxa"/>
          </w:tcPr>
          <w:p w14:paraId="37B4397B" w14:textId="77777777" w:rsidR="00680D8E" w:rsidRDefault="00000000">
            <w:r>
              <w:t>Zapier AI</w:t>
            </w:r>
          </w:p>
        </w:tc>
        <w:tc>
          <w:tcPr>
            <w:tcW w:w="3234" w:type="dxa"/>
          </w:tcPr>
          <w:p w14:paraId="180DED44" w14:textId="77777777" w:rsidR="00680D8E" w:rsidRDefault="00000000">
            <w:r>
              <w:t>Automatización</w:t>
            </w:r>
          </w:p>
        </w:tc>
        <w:tc>
          <w:tcPr>
            <w:tcW w:w="3995" w:type="dxa"/>
          </w:tcPr>
          <w:p w14:paraId="69540B6A" w14:textId="77777777" w:rsidR="00680D8E" w:rsidRDefault="00000000">
            <w:r>
              <w:t>https://zapier.com/ai</w:t>
            </w:r>
          </w:p>
        </w:tc>
      </w:tr>
      <w:tr w:rsidR="00680D8E" w14:paraId="3D08BF16" w14:textId="77777777" w:rsidTr="00484A32">
        <w:tc>
          <w:tcPr>
            <w:tcW w:w="562" w:type="dxa"/>
          </w:tcPr>
          <w:p w14:paraId="2E45E338" w14:textId="77777777" w:rsidR="00680D8E" w:rsidRDefault="00000000">
            <w:r>
              <w:t>102</w:t>
            </w:r>
          </w:p>
        </w:tc>
        <w:tc>
          <w:tcPr>
            <w:tcW w:w="1560" w:type="dxa"/>
          </w:tcPr>
          <w:p w14:paraId="4A2AA406" w14:textId="77777777" w:rsidR="00680D8E" w:rsidRDefault="00000000">
            <w:r>
              <w:t>Make</w:t>
            </w:r>
          </w:p>
        </w:tc>
        <w:tc>
          <w:tcPr>
            <w:tcW w:w="3234" w:type="dxa"/>
          </w:tcPr>
          <w:p w14:paraId="60E35B5C" w14:textId="77777777" w:rsidR="00680D8E" w:rsidRDefault="00000000">
            <w:r>
              <w:t>Automatización visual</w:t>
            </w:r>
          </w:p>
        </w:tc>
        <w:tc>
          <w:tcPr>
            <w:tcW w:w="3995" w:type="dxa"/>
          </w:tcPr>
          <w:p w14:paraId="0D34C8D1" w14:textId="77777777" w:rsidR="00680D8E" w:rsidRDefault="00000000">
            <w:r>
              <w:t>https://www.make.com/</w:t>
            </w:r>
          </w:p>
        </w:tc>
      </w:tr>
      <w:tr w:rsidR="00680D8E" w14:paraId="7F03CF47" w14:textId="77777777" w:rsidTr="00484A32">
        <w:tc>
          <w:tcPr>
            <w:tcW w:w="562" w:type="dxa"/>
          </w:tcPr>
          <w:p w14:paraId="13977B92" w14:textId="77777777" w:rsidR="00680D8E" w:rsidRDefault="00000000">
            <w:r>
              <w:t>103</w:t>
            </w:r>
          </w:p>
        </w:tc>
        <w:tc>
          <w:tcPr>
            <w:tcW w:w="1560" w:type="dxa"/>
          </w:tcPr>
          <w:p w14:paraId="356C5BF1" w14:textId="77777777" w:rsidR="00680D8E" w:rsidRDefault="00000000">
            <w:r>
              <w:t>n8n</w:t>
            </w:r>
          </w:p>
        </w:tc>
        <w:tc>
          <w:tcPr>
            <w:tcW w:w="3234" w:type="dxa"/>
          </w:tcPr>
          <w:p w14:paraId="19100678" w14:textId="77777777" w:rsidR="00680D8E" w:rsidRDefault="00000000">
            <w:r>
              <w:t>Automatización y workflows</w:t>
            </w:r>
          </w:p>
        </w:tc>
        <w:tc>
          <w:tcPr>
            <w:tcW w:w="3995" w:type="dxa"/>
          </w:tcPr>
          <w:p w14:paraId="16D4DBE0" w14:textId="77777777" w:rsidR="00680D8E" w:rsidRDefault="00000000">
            <w:r>
              <w:t>https://n8n.io/</w:t>
            </w:r>
          </w:p>
        </w:tc>
      </w:tr>
      <w:tr w:rsidR="00680D8E" w14:paraId="5E958CBC" w14:textId="77777777" w:rsidTr="00484A32">
        <w:tc>
          <w:tcPr>
            <w:tcW w:w="562" w:type="dxa"/>
          </w:tcPr>
          <w:p w14:paraId="5033CBC1" w14:textId="77777777" w:rsidR="00680D8E" w:rsidRDefault="00000000">
            <w:r>
              <w:t>104</w:t>
            </w:r>
          </w:p>
        </w:tc>
        <w:tc>
          <w:tcPr>
            <w:tcW w:w="1560" w:type="dxa"/>
          </w:tcPr>
          <w:p w14:paraId="6E1C99C8" w14:textId="77777777" w:rsidR="00680D8E" w:rsidRDefault="00000000">
            <w:r>
              <w:t>Relevance AI</w:t>
            </w:r>
          </w:p>
        </w:tc>
        <w:tc>
          <w:tcPr>
            <w:tcW w:w="3234" w:type="dxa"/>
          </w:tcPr>
          <w:p w14:paraId="5A44725C" w14:textId="77777777" w:rsidR="00680D8E" w:rsidRDefault="00000000">
            <w:r>
              <w:t>Agentes de IA</w:t>
            </w:r>
          </w:p>
        </w:tc>
        <w:tc>
          <w:tcPr>
            <w:tcW w:w="3995" w:type="dxa"/>
          </w:tcPr>
          <w:p w14:paraId="0EE4120F" w14:textId="77777777" w:rsidR="00680D8E" w:rsidRDefault="00000000">
            <w:r>
              <w:t>https://relevanceai.com/</w:t>
            </w:r>
          </w:p>
        </w:tc>
      </w:tr>
      <w:tr w:rsidR="00680D8E" w14:paraId="77DDCDAC" w14:textId="77777777" w:rsidTr="00484A32">
        <w:tc>
          <w:tcPr>
            <w:tcW w:w="562" w:type="dxa"/>
          </w:tcPr>
          <w:p w14:paraId="2A44E67C" w14:textId="77777777" w:rsidR="00680D8E" w:rsidRDefault="00000000">
            <w:r>
              <w:t>105</w:t>
            </w:r>
          </w:p>
        </w:tc>
        <w:tc>
          <w:tcPr>
            <w:tcW w:w="1560" w:type="dxa"/>
          </w:tcPr>
          <w:p w14:paraId="304AE2E3" w14:textId="77777777" w:rsidR="00680D8E" w:rsidRDefault="00000000">
            <w:r>
              <w:t>Lindy</w:t>
            </w:r>
          </w:p>
        </w:tc>
        <w:tc>
          <w:tcPr>
            <w:tcW w:w="3234" w:type="dxa"/>
          </w:tcPr>
          <w:p w14:paraId="43EEEF03" w14:textId="77777777" w:rsidR="00680D8E" w:rsidRDefault="00000000">
            <w:r>
              <w:t>Agentes personales</w:t>
            </w:r>
          </w:p>
        </w:tc>
        <w:tc>
          <w:tcPr>
            <w:tcW w:w="3995" w:type="dxa"/>
          </w:tcPr>
          <w:p w14:paraId="40542A0B" w14:textId="77777777" w:rsidR="00680D8E" w:rsidRDefault="00000000">
            <w:r>
              <w:t>https://www.lindy.ai/</w:t>
            </w:r>
          </w:p>
        </w:tc>
      </w:tr>
      <w:tr w:rsidR="00680D8E" w14:paraId="7492DB56" w14:textId="77777777" w:rsidTr="00484A32">
        <w:tc>
          <w:tcPr>
            <w:tcW w:w="562" w:type="dxa"/>
          </w:tcPr>
          <w:p w14:paraId="13282BFC" w14:textId="77777777" w:rsidR="00680D8E" w:rsidRDefault="00000000">
            <w:r>
              <w:t>106</w:t>
            </w:r>
          </w:p>
        </w:tc>
        <w:tc>
          <w:tcPr>
            <w:tcW w:w="1560" w:type="dxa"/>
          </w:tcPr>
          <w:p w14:paraId="072C16A0" w14:textId="77777777" w:rsidR="00680D8E" w:rsidRDefault="00000000">
            <w:r>
              <w:t>Gumloop</w:t>
            </w:r>
          </w:p>
        </w:tc>
        <w:tc>
          <w:tcPr>
            <w:tcW w:w="3234" w:type="dxa"/>
          </w:tcPr>
          <w:p w14:paraId="416CB4D1" w14:textId="77777777" w:rsidR="00680D8E" w:rsidRDefault="00000000">
            <w:r>
              <w:t>Automatización con IA</w:t>
            </w:r>
          </w:p>
        </w:tc>
        <w:tc>
          <w:tcPr>
            <w:tcW w:w="3995" w:type="dxa"/>
          </w:tcPr>
          <w:p w14:paraId="026194B7" w14:textId="77777777" w:rsidR="00680D8E" w:rsidRDefault="00000000">
            <w:r>
              <w:t>https://www.gumloop.com/</w:t>
            </w:r>
          </w:p>
        </w:tc>
      </w:tr>
      <w:tr w:rsidR="00680D8E" w14:paraId="3CDB0AD5" w14:textId="77777777" w:rsidTr="00484A32">
        <w:tc>
          <w:tcPr>
            <w:tcW w:w="562" w:type="dxa"/>
          </w:tcPr>
          <w:p w14:paraId="40F56E8D" w14:textId="77777777" w:rsidR="00680D8E" w:rsidRDefault="00000000">
            <w:r>
              <w:t>107</w:t>
            </w:r>
          </w:p>
        </w:tc>
        <w:tc>
          <w:tcPr>
            <w:tcW w:w="1560" w:type="dxa"/>
          </w:tcPr>
          <w:p w14:paraId="229EEED1" w14:textId="77777777" w:rsidR="00680D8E" w:rsidRDefault="00000000">
            <w:r>
              <w:t>CrewAI</w:t>
            </w:r>
          </w:p>
        </w:tc>
        <w:tc>
          <w:tcPr>
            <w:tcW w:w="3234" w:type="dxa"/>
          </w:tcPr>
          <w:p w14:paraId="463C885D" w14:textId="77777777" w:rsidR="00680D8E" w:rsidRDefault="00000000">
            <w:r>
              <w:t>Agentes multiagente</w:t>
            </w:r>
          </w:p>
        </w:tc>
        <w:tc>
          <w:tcPr>
            <w:tcW w:w="3995" w:type="dxa"/>
          </w:tcPr>
          <w:p w14:paraId="1B4839B8" w14:textId="77777777" w:rsidR="00680D8E" w:rsidRDefault="00000000">
            <w:r>
              <w:t>https://www.crewai.com/</w:t>
            </w:r>
          </w:p>
        </w:tc>
      </w:tr>
      <w:tr w:rsidR="00680D8E" w14:paraId="3312F18E" w14:textId="77777777" w:rsidTr="00484A32">
        <w:tc>
          <w:tcPr>
            <w:tcW w:w="562" w:type="dxa"/>
          </w:tcPr>
          <w:p w14:paraId="3A3B4FB1" w14:textId="77777777" w:rsidR="00680D8E" w:rsidRDefault="00000000">
            <w:r>
              <w:t>108</w:t>
            </w:r>
          </w:p>
        </w:tc>
        <w:tc>
          <w:tcPr>
            <w:tcW w:w="1560" w:type="dxa"/>
          </w:tcPr>
          <w:p w14:paraId="106D09A1" w14:textId="77777777" w:rsidR="00680D8E" w:rsidRDefault="00000000">
            <w:r>
              <w:t>AutoGen</w:t>
            </w:r>
          </w:p>
        </w:tc>
        <w:tc>
          <w:tcPr>
            <w:tcW w:w="3234" w:type="dxa"/>
          </w:tcPr>
          <w:p w14:paraId="42170E2D" w14:textId="77777777" w:rsidR="00680D8E" w:rsidRDefault="00000000">
            <w:r>
              <w:t>Agentes</w:t>
            </w:r>
          </w:p>
        </w:tc>
        <w:tc>
          <w:tcPr>
            <w:tcW w:w="3995" w:type="dxa"/>
          </w:tcPr>
          <w:p w14:paraId="0987A007" w14:textId="77777777" w:rsidR="00680D8E" w:rsidRDefault="00000000">
            <w:r>
              <w:t>https://microsoft.github.io/autogen/</w:t>
            </w:r>
          </w:p>
        </w:tc>
      </w:tr>
      <w:tr w:rsidR="00680D8E" w14:paraId="267E97C8" w14:textId="77777777" w:rsidTr="00484A32">
        <w:tc>
          <w:tcPr>
            <w:tcW w:w="562" w:type="dxa"/>
          </w:tcPr>
          <w:p w14:paraId="78C99339" w14:textId="77777777" w:rsidR="00680D8E" w:rsidRDefault="00000000">
            <w:r>
              <w:t>109</w:t>
            </w:r>
          </w:p>
        </w:tc>
        <w:tc>
          <w:tcPr>
            <w:tcW w:w="1560" w:type="dxa"/>
          </w:tcPr>
          <w:p w14:paraId="6821EC36" w14:textId="77777777" w:rsidR="00680D8E" w:rsidRDefault="00000000">
            <w:r>
              <w:t>LangChain</w:t>
            </w:r>
          </w:p>
        </w:tc>
        <w:tc>
          <w:tcPr>
            <w:tcW w:w="3234" w:type="dxa"/>
          </w:tcPr>
          <w:p w14:paraId="786FD338" w14:textId="77777777" w:rsidR="00680D8E" w:rsidRDefault="00000000">
            <w:r>
              <w:t>Aplicaciones y agentes LLM</w:t>
            </w:r>
          </w:p>
        </w:tc>
        <w:tc>
          <w:tcPr>
            <w:tcW w:w="3995" w:type="dxa"/>
          </w:tcPr>
          <w:p w14:paraId="7506F1FE" w14:textId="77777777" w:rsidR="00680D8E" w:rsidRDefault="00000000">
            <w:r>
              <w:t>https://www.langchain.com/</w:t>
            </w:r>
          </w:p>
        </w:tc>
      </w:tr>
      <w:tr w:rsidR="00680D8E" w14:paraId="076A516F" w14:textId="77777777" w:rsidTr="00484A32">
        <w:tc>
          <w:tcPr>
            <w:tcW w:w="562" w:type="dxa"/>
          </w:tcPr>
          <w:p w14:paraId="6191ACE5" w14:textId="77777777" w:rsidR="00680D8E" w:rsidRDefault="00000000">
            <w:r>
              <w:t>110</w:t>
            </w:r>
          </w:p>
        </w:tc>
        <w:tc>
          <w:tcPr>
            <w:tcW w:w="1560" w:type="dxa"/>
          </w:tcPr>
          <w:p w14:paraId="2CA2B3D8" w14:textId="77777777" w:rsidR="00680D8E" w:rsidRDefault="00000000">
            <w:r>
              <w:t>Dify</w:t>
            </w:r>
          </w:p>
        </w:tc>
        <w:tc>
          <w:tcPr>
            <w:tcW w:w="3234" w:type="dxa"/>
          </w:tcPr>
          <w:p w14:paraId="78DA3976" w14:textId="77777777" w:rsidR="00680D8E" w:rsidRDefault="00000000">
            <w:r>
              <w:t>Aplicaciones LLM y agentes</w:t>
            </w:r>
          </w:p>
        </w:tc>
        <w:tc>
          <w:tcPr>
            <w:tcW w:w="3995" w:type="dxa"/>
          </w:tcPr>
          <w:p w14:paraId="66DB5575" w14:textId="77777777" w:rsidR="00680D8E" w:rsidRDefault="00000000">
            <w:r>
              <w:t>https://dify.ai/</w:t>
            </w:r>
          </w:p>
        </w:tc>
      </w:tr>
    </w:tbl>
    <w:p w14:paraId="7A35783A" w14:textId="77777777" w:rsidR="00484A32" w:rsidRDefault="00484A32">
      <w:pPr>
        <w:pStyle w:val="Ttulo1"/>
      </w:pPr>
    </w:p>
    <w:p w14:paraId="6CABCB0D" w14:textId="77777777" w:rsidR="00484A32" w:rsidRPr="00484A32" w:rsidRDefault="00484A32" w:rsidP="00484A32"/>
    <w:p w14:paraId="14C2C055" w14:textId="2CA2BCE5" w:rsidR="00680D8E" w:rsidRDefault="00000000">
      <w:pPr>
        <w:pStyle w:val="Ttulo1"/>
      </w:pPr>
      <w:r>
        <w:lastRenderedPageBreak/>
        <w:t>11. Diseño, fotografía y edición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703"/>
        <w:gridCol w:w="1875"/>
        <w:gridCol w:w="2365"/>
        <w:gridCol w:w="141"/>
        <w:gridCol w:w="4409"/>
      </w:tblGrid>
      <w:tr w:rsidR="00680D8E" w14:paraId="3BE038E1" w14:textId="77777777" w:rsidTr="00484A32">
        <w:tc>
          <w:tcPr>
            <w:tcW w:w="704" w:type="dxa"/>
            <w:shd w:val="clear" w:color="auto" w:fill="17365D" w:themeFill="text2" w:themeFillShade="BF"/>
          </w:tcPr>
          <w:p w14:paraId="0E59286A" w14:textId="77777777" w:rsidR="00680D8E" w:rsidRPr="00484A32" w:rsidRDefault="00000000" w:rsidP="00484A32">
            <w:pPr>
              <w:jc w:val="center"/>
              <w:rPr>
                <w:sz w:val="24"/>
                <w:szCs w:val="24"/>
              </w:rPr>
            </w:pPr>
            <w:r w:rsidRPr="00484A32">
              <w:rPr>
                <w:sz w:val="24"/>
                <w:szCs w:val="24"/>
              </w:rPr>
              <w:t>#</w:t>
            </w:r>
          </w:p>
        </w:tc>
        <w:tc>
          <w:tcPr>
            <w:tcW w:w="1880" w:type="dxa"/>
            <w:shd w:val="clear" w:color="auto" w:fill="17365D" w:themeFill="text2" w:themeFillShade="BF"/>
          </w:tcPr>
          <w:p w14:paraId="0D703271" w14:textId="77777777" w:rsidR="00680D8E" w:rsidRPr="00484A32" w:rsidRDefault="00000000" w:rsidP="00484A32">
            <w:pPr>
              <w:jc w:val="center"/>
              <w:rPr>
                <w:sz w:val="24"/>
                <w:szCs w:val="24"/>
              </w:rPr>
            </w:pPr>
            <w:r w:rsidRPr="00484A32">
              <w:rPr>
                <w:sz w:val="24"/>
                <w:szCs w:val="24"/>
              </w:rPr>
              <w:t>IA</w:t>
            </w:r>
          </w:p>
        </w:tc>
        <w:tc>
          <w:tcPr>
            <w:tcW w:w="2514" w:type="dxa"/>
            <w:gridSpan w:val="2"/>
            <w:shd w:val="clear" w:color="auto" w:fill="17365D" w:themeFill="text2" w:themeFillShade="BF"/>
          </w:tcPr>
          <w:p w14:paraId="244BDAEA" w14:textId="77777777" w:rsidR="00680D8E" w:rsidRPr="00484A32" w:rsidRDefault="00000000" w:rsidP="00484A32">
            <w:pPr>
              <w:jc w:val="center"/>
              <w:rPr>
                <w:sz w:val="24"/>
                <w:szCs w:val="24"/>
              </w:rPr>
            </w:pPr>
            <w:r w:rsidRPr="00484A32">
              <w:rPr>
                <w:sz w:val="24"/>
                <w:szCs w:val="24"/>
              </w:rPr>
              <w:t>Uso principal</w:t>
            </w:r>
          </w:p>
        </w:tc>
        <w:tc>
          <w:tcPr>
            <w:tcW w:w="4395" w:type="dxa"/>
            <w:shd w:val="clear" w:color="auto" w:fill="17365D" w:themeFill="text2" w:themeFillShade="BF"/>
          </w:tcPr>
          <w:p w14:paraId="0D1A0FE3" w14:textId="77777777" w:rsidR="00680D8E" w:rsidRPr="00484A32" w:rsidRDefault="00000000" w:rsidP="00484A32">
            <w:pPr>
              <w:jc w:val="center"/>
              <w:rPr>
                <w:sz w:val="24"/>
                <w:szCs w:val="24"/>
              </w:rPr>
            </w:pPr>
            <w:r w:rsidRPr="00484A32">
              <w:rPr>
                <w:sz w:val="24"/>
                <w:szCs w:val="24"/>
              </w:rPr>
              <w:t>Enlace directo</w:t>
            </w:r>
          </w:p>
        </w:tc>
      </w:tr>
      <w:tr w:rsidR="00680D8E" w14:paraId="66874EB7" w14:textId="77777777" w:rsidTr="00484A32">
        <w:tc>
          <w:tcPr>
            <w:tcW w:w="704" w:type="dxa"/>
          </w:tcPr>
          <w:p w14:paraId="23F2D92C" w14:textId="77777777" w:rsidR="00680D8E" w:rsidRDefault="00000000">
            <w:r>
              <w:t>111</w:t>
            </w:r>
          </w:p>
        </w:tc>
        <w:tc>
          <w:tcPr>
            <w:tcW w:w="1880" w:type="dxa"/>
          </w:tcPr>
          <w:p w14:paraId="368220C3" w14:textId="77777777" w:rsidR="00680D8E" w:rsidRDefault="00000000">
            <w:r>
              <w:t>Canva</w:t>
            </w:r>
          </w:p>
        </w:tc>
        <w:tc>
          <w:tcPr>
            <w:tcW w:w="2373" w:type="dxa"/>
          </w:tcPr>
          <w:p w14:paraId="392FA006" w14:textId="77777777" w:rsidR="00680D8E" w:rsidRDefault="00000000">
            <w:r>
              <w:t>Diseño general</w:t>
            </w:r>
          </w:p>
        </w:tc>
        <w:tc>
          <w:tcPr>
            <w:tcW w:w="4536" w:type="dxa"/>
            <w:gridSpan w:val="2"/>
          </w:tcPr>
          <w:p w14:paraId="731ACF15" w14:textId="77777777" w:rsidR="00680D8E" w:rsidRDefault="00000000">
            <w:r>
              <w:t>https://www.canva.com/</w:t>
            </w:r>
          </w:p>
        </w:tc>
      </w:tr>
      <w:tr w:rsidR="00680D8E" w14:paraId="524B299B" w14:textId="77777777" w:rsidTr="00484A32">
        <w:tc>
          <w:tcPr>
            <w:tcW w:w="704" w:type="dxa"/>
          </w:tcPr>
          <w:p w14:paraId="6FE3A682" w14:textId="77777777" w:rsidR="00680D8E" w:rsidRDefault="00000000">
            <w:r>
              <w:t>112</w:t>
            </w:r>
          </w:p>
        </w:tc>
        <w:tc>
          <w:tcPr>
            <w:tcW w:w="1880" w:type="dxa"/>
          </w:tcPr>
          <w:p w14:paraId="0B77B5E0" w14:textId="77777777" w:rsidR="00680D8E" w:rsidRDefault="00000000">
            <w:r>
              <w:t>Adobe Photoshop</w:t>
            </w:r>
          </w:p>
        </w:tc>
        <w:tc>
          <w:tcPr>
            <w:tcW w:w="2373" w:type="dxa"/>
          </w:tcPr>
          <w:p w14:paraId="0A89148A" w14:textId="77777777" w:rsidR="00680D8E" w:rsidRDefault="00000000">
            <w:r>
              <w:t>Edición generativa</w:t>
            </w:r>
          </w:p>
        </w:tc>
        <w:tc>
          <w:tcPr>
            <w:tcW w:w="4536" w:type="dxa"/>
            <w:gridSpan w:val="2"/>
          </w:tcPr>
          <w:p w14:paraId="47E5B485" w14:textId="77777777" w:rsidR="00680D8E" w:rsidRDefault="00000000">
            <w:r>
              <w:t>https://www.adobe.com/products/photoshop.html</w:t>
            </w:r>
          </w:p>
        </w:tc>
      </w:tr>
      <w:tr w:rsidR="00680D8E" w14:paraId="4EFC5338" w14:textId="77777777" w:rsidTr="00484A32">
        <w:tc>
          <w:tcPr>
            <w:tcW w:w="704" w:type="dxa"/>
          </w:tcPr>
          <w:p w14:paraId="2888109A" w14:textId="77777777" w:rsidR="00680D8E" w:rsidRDefault="00000000">
            <w:r>
              <w:t>113</w:t>
            </w:r>
          </w:p>
        </w:tc>
        <w:tc>
          <w:tcPr>
            <w:tcW w:w="1880" w:type="dxa"/>
          </w:tcPr>
          <w:p w14:paraId="06F1B000" w14:textId="77777777" w:rsidR="00680D8E" w:rsidRDefault="00000000">
            <w:r>
              <w:t>Adobe Express</w:t>
            </w:r>
          </w:p>
        </w:tc>
        <w:tc>
          <w:tcPr>
            <w:tcW w:w="2373" w:type="dxa"/>
          </w:tcPr>
          <w:p w14:paraId="00F9B17E" w14:textId="77777777" w:rsidR="00680D8E" w:rsidRDefault="00000000">
            <w:r>
              <w:t>Diseño rápido</w:t>
            </w:r>
          </w:p>
        </w:tc>
        <w:tc>
          <w:tcPr>
            <w:tcW w:w="4536" w:type="dxa"/>
            <w:gridSpan w:val="2"/>
          </w:tcPr>
          <w:p w14:paraId="061AD8D0" w14:textId="77777777" w:rsidR="00680D8E" w:rsidRDefault="00000000">
            <w:r>
              <w:t>https://www.adobe.com/express/</w:t>
            </w:r>
          </w:p>
        </w:tc>
      </w:tr>
      <w:tr w:rsidR="00680D8E" w14:paraId="655F7BC7" w14:textId="77777777" w:rsidTr="00484A32">
        <w:tc>
          <w:tcPr>
            <w:tcW w:w="704" w:type="dxa"/>
          </w:tcPr>
          <w:p w14:paraId="41115E66" w14:textId="77777777" w:rsidR="00680D8E" w:rsidRDefault="00000000">
            <w:r>
              <w:t>114</w:t>
            </w:r>
          </w:p>
        </w:tc>
        <w:tc>
          <w:tcPr>
            <w:tcW w:w="1880" w:type="dxa"/>
          </w:tcPr>
          <w:p w14:paraId="525F3B7B" w14:textId="77777777" w:rsidR="00680D8E" w:rsidRDefault="00000000">
            <w:r>
              <w:t>Photoroom</w:t>
            </w:r>
          </w:p>
        </w:tc>
        <w:tc>
          <w:tcPr>
            <w:tcW w:w="2373" w:type="dxa"/>
          </w:tcPr>
          <w:p w14:paraId="2A79C204" w14:textId="77777777" w:rsidR="00680D8E" w:rsidRDefault="00000000">
            <w:r>
              <w:t>Fotos de productos</w:t>
            </w:r>
          </w:p>
        </w:tc>
        <w:tc>
          <w:tcPr>
            <w:tcW w:w="4536" w:type="dxa"/>
            <w:gridSpan w:val="2"/>
          </w:tcPr>
          <w:p w14:paraId="1C14CF40" w14:textId="77777777" w:rsidR="00680D8E" w:rsidRDefault="00000000">
            <w:r>
              <w:t>https://www.photoroom.com/</w:t>
            </w:r>
          </w:p>
        </w:tc>
      </w:tr>
      <w:tr w:rsidR="00680D8E" w14:paraId="2B2126B6" w14:textId="77777777" w:rsidTr="00484A32">
        <w:tc>
          <w:tcPr>
            <w:tcW w:w="704" w:type="dxa"/>
          </w:tcPr>
          <w:p w14:paraId="1B1C5D9B" w14:textId="77777777" w:rsidR="00680D8E" w:rsidRDefault="00000000">
            <w:r>
              <w:t>115</w:t>
            </w:r>
          </w:p>
        </w:tc>
        <w:tc>
          <w:tcPr>
            <w:tcW w:w="1880" w:type="dxa"/>
          </w:tcPr>
          <w:p w14:paraId="2A3FD4C2" w14:textId="77777777" w:rsidR="00680D8E" w:rsidRDefault="00000000">
            <w:r>
              <w:t>Clipdrop</w:t>
            </w:r>
          </w:p>
        </w:tc>
        <w:tc>
          <w:tcPr>
            <w:tcW w:w="2373" w:type="dxa"/>
          </w:tcPr>
          <w:p w14:paraId="6DD1DAF5" w14:textId="77777777" w:rsidR="00680D8E" w:rsidRDefault="00000000">
            <w:r>
              <w:t>Edición de imágenes</w:t>
            </w:r>
          </w:p>
        </w:tc>
        <w:tc>
          <w:tcPr>
            <w:tcW w:w="4536" w:type="dxa"/>
            <w:gridSpan w:val="2"/>
          </w:tcPr>
          <w:p w14:paraId="26C9E9F5" w14:textId="77777777" w:rsidR="00680D8E" w:rsidRDefault="00000000">
            <w:r>
              <w:t>https://clipdrop.co/</w:t>
            </w:r>
          </w:p>
        </w:tc>
      </w:tr>
      <w:tr w:rsidR="00680D8E" w14:paraId="7EC4A2DE" w14:textId="77777777" w:rsidTr="00484A32">
        <w:tc>
          <w:tcPr>
            <w:tcW w:w="704" w:type="dxa"/>
          </w:tcPr>
          <w:p w14:paraId="31D6CB44" w14:textId="77777777" w:rsidR="00680D8E" w:rsidRDefault="00000000">
            <w:r>
              <w:t>116</w:t>
            </w:r>
          </w:p>
        </w:tc>
        <w:tc>
          <w:tcPr>
            <w:tcW w:w="1880" w:type="dxa"/>
          </w:tcPr>
          <w:p w14:paraId="1840BD8E" w14:textId="77777777" w:rsidR="00680D8E" w:rsidRDefault="00000000">
            <w:r>
              <w:t>Remove.bg</w:t>
            </w:r>
          </w:p>
        </w:tc>
        <w:tc>
          <w:tcPr>
            <w:tcW w:w="2373" w:type="dxa"/>
          </w:tcPr>
          <w:p w14:paraId="06B4BFDD" w14:textId="77777777" w:rsidR="00680D8E" w:rsidRDefault="00000000">
            <w:r>
              <w:t>Eliminar fondos</w:t>
            </w:r>
          </w:p>
        </w:tc>
        <w:tc>
          <w:tcPr>
            <w:tcW w:w="4536" w:type="dxa"/>
            <w:gridSpan w:val="2"/>
          </w:tcPr>
          <w:p w14:paraId="5F313B81" w14:textId="77777777" w:rsidR="00680D8E" w:rsidRDefault="00000000">
            <w:r>
              <w:t>https://www.remove.bg/</w:t>
            </w:r>
          </w:p>
        </w:tc>
      </w:tr>
      <w:tr w:rsidR="00680D8E" w14:paraId="086C3D23" w14:textId="77777777" w:rsidTr="00484A32">
        <w:tc>
          <w:tcPr>
            <w:tcW w:w="704" w:type="dxa"/>
          </w:tcPr>
          <w:p w14:paraId="58A92B23" w14:textId="77777777" w:rsidR="00680D8E" w:rsidRDefault="00000000">
            <w:r>
              <w:t>117</w:t>
            </w:r>
          </w:p>
        </w:tc>
        <w:tc>
          <w:tcPr>
            <w:tcW w:w="1880" w:type="dxa"/>
          </w:tcPr>
          <w:p w14:paraId="6CE8CDBB" w14:textId="77777777" w:rsidR="00680D8E" w:rsidRDefault="00000000">
            <w:r>
              <w:t>Topaz Labs</w:t>
            </w:r>
          </w:p>
        </w:tc>
        <w:tc>
          <w:tcPr>
            <w:tcW w:w="2373" w:type="dxa"/>
          </w:tcPr>
          <w:p w14:paraId="3A296DFA" w14:textId="77777777" w:rsidR="00680D8E" w:rsidRDefault="00000000">
            <w:r>
              <w:t>Mejora de imágenes y video</w:t>
            </w:r>
          </w:p>
        </w:tc>
        <w:tc>
          <w:tcPr>
            <w:tcW w:w="4536" w:type="dxa"/>
            <w:gridSpan w:val="2"/>
          </w:tcPr>
          <w:p w14:paraId="626CF126" w14:textId="77777777" w:rsidR="00680D8E" w:rsidRDefault="00000000">
            <w:r>
              <w:t>https://www.topazlabs.com/</w:t>
            </w:r>
          </w:p>
        </w:tc>
      </w:tr>
      <w:tr w:rsidR="00680D8E" w14:paraId="6B373931" w14:textId="77777777" w:rsidTr="00484A32">
        <w:tc>
          <w:tcPr>
            <w:tcW w:w="704" w:type="dxa"/>
          </w:tcPr>
          <w:p w14:paraId="3B7224A2" w14:textId="77777777" w:rsidR="00680D8E" w:rsidRDefault="00000000">
            <w:r>
              <w:t>118</w:t>
            </w:r>
          </w:p>
        </w:tc>
        <w:tc>
          <w:tcPr>
            <w:tcW w:w="1880" w:type="dxa"/>
          </w:tcPr>
          <w:p w14:paraId="24F4282E" w14:textId="77777777" w:rsidR="00680D8E" w:rsidRDefault="00000000">
            <w:r>
              <w:t>Magnific</w:t>
            </w:r>
          </w:p>
        </w:tc>
        <w:tc>
          <w:tcPr>
            <w:tcW w:w="2373" w:type="dxa"/>
          </w:tcPr>
          <w:p w14:paraId="45B63192" w14:textId="77777777" w:rsidR="00680D8E" w:rsidRDefault="00000000">
            <w:r>
              <w:t>Upscaling y detalle</w:t>
            </w:r>
          </w:p>
        </w:tc>
        <w:tc>
          <w:tcPr>
            <w:tcW w:w="4536" w:type="dxa"/>
            <w:gridSpan w:val="2"/>
          </w:tcPr>
          <w:p w14:paraId="7998851A" w14:textId="77777777" w:rsidR="00680D8E" w:rsidRDefault="00000000">
            <w:r>
              <w:t>https://magnific.ai/</w:t>
            </w:r>
          </w:p>
        </w:tc>
      </w:tr>
      <w:tr w:rsidR="00680D8E" w14:paraId="1DF17F14" w14:textId="77777777" w:rsidTr="00484A32">
        <w:tc>
          <w:tcPr>
            <w:tcW w:w="704" w:type="dxa"/>
          </w:tcPr>
          <w:p w14:paraId="409A0BA8" w14:textId="77777777" w:rsidR="00680D8E" w:rsidRDefault="00000000">
            <w:r>
              <w:t>119</w:t>
            </w:r>
          </w:p>
        </w:tc>
        <w:tc>
          <w:tcPr>
            <w:tcW w:w="1880" w:type="dxa"/>
          </w:tcPr>
          <w:p w14:paraId="70BDF36F" w14:textId="77777777" w:rsidR="00680D8E" w:rsidRDefault="00000000">
            <w:r>
              <w:t>Let's Enhance</w:t>
            </w:r>
          </w:p>
        </w:tc>
        <w:tc>
          <w:tcPr>
            <w:tcW w:w="2373" w:type="dxa"/>
          </w:tcPr>
          <w:p w14:paraId="4230ED7F" w14:textId="77777777" w:rsidR="00680D8E" w:rsidRDefault="00000000">
            <w:r>
              <w:t>Mejora de imágenes</w:t>
            </w:r>
          </w:p>
        </w:tc>
        <w:tc>
          <w:tcPr>
            <w:tcW w:w="4536" w:type="dxa"/>
            <w:gridSpan w:val="2"/>
          </w:tcPr>
          <w:p w14:paraId="6A140ADC" w14:textId="77777777" w:rsidR="00680D8E" w:rsidRDefault="00000000">
            <w:r>
              <w:t>https://letsenhance.io/</w:t>
            </w:r>
          </w:p>
        </w:tc>
      </w:tr>
      <w:tr w:rsidR="00680D8E" w14:paraId="4CC2CB67" w14:textId="77777777" w:rsidTr="00484A32">
        <w:tc>
          <w:tcPr>
            <w:tcW w:w="704" w:type="dxa"/>
          </w:tcPr>
          <w:p w14:paraId="54A4DDFC" w14:textId="77777777" w:rsidR="00680D8E" w:rsidRDefault="00000000">
            <w:r>
              <w:t>120</w:t>
            </w:r>
          </w:p>
        </w:tc>
        <w:tc>
          <w:tcPr>
            <w:tcW w:w="1880" w:type="dxa"/>
          </w:tcPr>
          <w:p w14:paraId="53E4DD78" w14:textId="77777777" w:rsidR="00680D8E" w:rsidRDefault="00000000">
            <w:r>
              <w:t>Fotor AI</w:t>
            </w:r>
          </w:p>
        </w:tc>
        <w:tc>
          <w:tcPr>
            <w:tcW w:w="2373" w:type="dxa"/>
          </w:tcPr>
          <w:p w14:paraId="0E112508" w14:textId="77777777" w:rsidR="00680D8E" w:rsidRDefault="00000000">
            <w:r>
              <w:t>Edición y generación</w:t>
            </w:r>
          </w:p>
        </w:tc>
        <w:tc>
          <w:tcPr>
            <w:tcW w:w="4536" w:type="dxa"/>
            <w:gridSpan w:val="2"/>
          </w:tcPr>
          <w:p w14:paraId="42C64E9E" w14:textId="77777777" w:rsidR="00680D8E" w:rsidRDefault="00000000">
            <w:r>
              <w:t>https://www.fotor.com/ai/</w:t>
            </w:r>
          </w:p>
        </w:tc>
      </w:tr>
    </w:tbl>
    <w:p w14:paraId="68021D9C" w14:textId="77777777" w:rsidR="00680D8E" w:rsidRDefault="00000000">
      <w:pPr>
        <w:pStyle w:val="Ttulo1"/>
      </w:pPr>
      <w:r>
        <w:t xml:space="preserve">⭐ 20 </w:t>
      </w:r>
      <w:proofErr w:type="spellStart"/>
      <w:r>
        <w:t>herramientas</w:t>
      </w:r>
      <w:proofErr w:type="spellEnd"/>
      <w:r>
        <w:t xml:space="preserve"> </w:t>
      </w:r>
      <w:proofErr w:type="spellStart"/>
      <w:r>
        <w:t>recomendadas</w:t>
      </w:r>
      <w:proofErr w:type="spellEnd"/>
      <w:r>
        <w:t xml:space="preserve"> para </w:t>
      </w:r>
      <w:proofErr w:type="spellStart"/>
      <w:r>
        <w:t>empezar</w:t>
      </w:r>
      <w:proofErr w:type="spellEnd"/>
    </w:p>
    <w:p w14:paraId="3436D8CB" w14:textId="77777777" w:rsidR="00680D8E" w:rsidRDefault="00000000">
      <w:pPr>
        <w:pStyle w:val="Listaconnmeros"/>
      </w:pPr>
      <w:r>
        <w:t>ChatGPT — asistente principal</w:t>
      </w:r>
    </w:p>
    <w:p w14:paraId="3727A589" w14:textId="77777777" w:rsidR="00680D8E" w:rsidRDefault="00000000">
      <w:pPr>
        <w:pStyle w:val="Listaconnmeros"/>
      </w:pPr>
      <w:r>
        <w:t>Claude — escritura, análisis y código</w:t>
      </w:r>
    </w:p>
    <w:p w14:paraId="07063EAE" w14:textId="77777777" w:rsidR="00680D8E" w:rsidRDefault="00000000">
      <w:pPr>
        <w:pStyle w:val="Listaconnmeros"/>
      </w:pPr>
      <w:r>
        <w:t>Gemini — Google y productividad</w:t>
      </w:r>
    </w:p>
    <w:p w14:paraId="159F5EBF" w14:textId="77777777" w:rsidR="00680D8E" w:rsidRDefault="00000000">
      <w:pPr>
        <w:pStyle w:val="Listaconnmeros"/>
      </w:pPr>
      <w:r>
        <w:t>Perplexity — investigación</w:t>
      </w:r>
    </w:p>
    <w:p w14:paraId="1E028E72" w14:textId="77777777" w:rsidR="00680D8E" w:rsidRDefault="00000000">
      <w:pPr>
        <w:pStyle w:val="Listaconnmeros"/>
      </w:pPr>
      <w:r>
        <w:t>NotebookLM — estudiar documentos</w:t>
      </w:r>
    </w:p>
    <w:p w14:paraId="631F62B6" w14:textId="77777777" w:rsidR="00680D8E" w:rsidRDefault="00000000">
      <w:pPr>
        <w:pStyle w:val="Listaconnmeros"/>
      </w:pPr>
      <w:r>
        <w:t>DeepSeek — razonamiento y código</w:t>
      </w:r>
    </w:p>
    <w:p w14:paraId="461ABBE8" w14:textId="77777777" w:rsidR="00680D8E" w:rsidRDefault="00000000">
      <w:pPr>
        <w:pStyle w:val="Listaconnmeros"/>
      </w:pPr>
      <w:r>
        <w:t>Midjourney — imágenes</w:t>
      </w:r>
    </w:p>
    <w:p w14:paraId="0AA77A51" w14:textId="77777777" w:rsidR="00680D8E" w:rsidRDefault="00000000">
      <w:pPr>
        <w:pStyle w:val="Listaconnmeros"/>
      </w:pPr>
      <w:r>
        <w:t>Adobe Firefly — diseño generativo</w:t>
      </w:r>
    </w:p>
    <w:p w14:paraId="560C3065" w14:textId="77777777" w:rsidR="00680D8E" w:rsidRDefault="00000000">
      <w:pPr>
        <w:pStyle w:val="Listaconnmeros"/>
      </w:pPr>
      <w:r>
        <w:t>Canva AI — diseño práctico</w:t>
      </w:r>
    </w:p>
    <w:p w14:paraId="2CA96AA9" w14:textId="77777777" w:rsidR="00680D8E" w:rsidRDefault="00000000">
      <w:pPr>
        <w:pStyle w:val="Listaconnmeros"/>
      </w:pPr>
      <w:r>
        <w:t>Runway — video</w:t>
      </w:r>
    </w:p>
    <w:p w14:paraId="7A6D924F" w14:textId="77777777" w:rsidR="00680D8E" w:rsidRDefault="00000000">
      <w:pPr>
        <w:pStyle w:val="Listaconnmeros"/>
      </w:pPr>
      <w:r>
        <w:t>Kling AI — video generativo</w:t>
      </w:r>
    </w:p>
    <w:p w14:paraId="5892D463" w14:textId="77777777" w:rsidR="00680D8E" w:rsidRDefault="00000000">
      <w:pPr>
        <w:pStyle w:val="Listaconnmeros"/>
      </w:pPr>
      <w:r>
        <w:t>ElevenLabs — voz</w:t>
      </w:r>
    </w:p>
    <w:p w14:paraId="13EAC531" w14:textId="77777777" w:rsidR="00680D8E" w:rsidRDefault="00000000">
      <w:pPr>
        <w:pStyle w:val="Listaconnmeros"/>
      </w:pPr>
      <w:r>
        <w:t>Suno — música</w:t>
      </w:r>
    </w:p>
    <w:p w14:paraId="309B9981" w14:textId="77777777" w:rsidR="00680D8E" w:rsidRDefault="00000000">
      <w:pPr>
        <w:pStyle w:val="Listaconnmeros"/>
      </w:pPr>
      <w:r>
        <w:t>GitHub Copilot — programación</w:t>
      </w:r>
    </w:p>
    <w:p w14:paraId="5C5CC640" w14:textId="77777777" w:rsidR="00680D8E" w:rsidRDefault="00000000">
      <w:pPr>
        <w:pStyle w:val="Listaconnmeros"/>
      </w:pPr>
      <w:r>
        <w:t>Cursor — programación avanzada</w:t>
      </w:r>
    </w:p>
    <w:p w14:paraId="6E2E5DAA" w14:textId="77777777" w:rsidR="00680D8E" w:rsidRDefault="00000000">
      <w:pPr>
        <w:pStyle w:val="Listaconnmeros"/>
      </w:pPr>
      <w:r>
        <w:t>Gamma — presentaciones</w:t>
      </w:r>
    </w:p>
    <w:p w14:paraId="03CC297D" w14:textId="77777777" w:rsidR="00680D8E" w:rsidRDefault="00000000">
      <w:pPr>
        <w:pStyle w:val="Listaconnmeros"/>
      </w:pPr>
      <w:r>
        <w:t>Notion AI — organización</w:t>
      </w:r>
    </w:p>
    <w:p w14:paraId="4A605516" w14:textId="77777777" w:rsidR="00680D8E" w:rsidRDefault="00000000">
      <w:pPr>
        <w:pStyle w:val="Listaconnmeros"/>
      </w:pPr>
      <w:r>
        <w:t>Zapier — automatización</w:t>
      </w:r>
    </w:p>
    <w:p w14:paraId="6CACFB11" w14:textId="77777777" w:rsidR="00680D8E" w:rsidRDefault="00000000">
      <w:pPr>
        <w:pStyle w:val="Listaconnmeros"/>
      </w:pPr>
      <w:r>
        <w:t>n8n — automatización avanzada</w:t>
      </w:r>
    </w:p>
    <w:p w14:paraId="43289F5B" w14:textId="77777777" w:rsidR="00680D8E" w:rsidRDefault="00000000">
      <w:pPr>
        <w:pStyle w:val="Listaconnmeros"/>
      </w:pPr>
      <w:r>
        <w:t>Replit — crear aplicaciones</w:t>
      </w:r>
    </w:p>
    <w:p w14:paraId="08763A5B" w14:textId="77777777" w:rsidR="00680D8E" w:rsidRDefault="00000000">
      <w:pPr>
        <w:pStyle w:val="Ttulo1"/>
      </w:pPr>
      <w:r>
        <w:t>📚 Directorios para descubrir más herramientas</w:t>
      </w:r>
    </w:p>
    <w:p w14:paraId="3AA975CC" w14:textId="77777777" w:rsidR="00680D8E" w:rsidRPr="009B127A" w:rsidRDefault="00000000" w:rsidP="009B127A">
      <w:pPr>
        <w:pStyle w:val="Sinespaciado"/>
        <w:rPr>
          <w:sz w:val="16"/>
          <w:szCs w:val="16"/>
        </w:rPr>
      </w:pPr>
      <w:r w:rsidRPr="009B127A">
        <w:rPr>
          <w:b/>
          <w:sz w:val="16"/>
          <w:szCs w:val="16"/>
        </w:rPr>
        <w:t xml:space="preserve">Futurepedia: </w:t>
      </w:r>
      <w:r w:rsidRPr="009B127A">
        <w:rPr>
          <w:sz w:val="16"/>
          <w:szCs w:val="16"/>
        </w:rPr>
        <w:t>https://www.futurepedia.io/</w:t>
      </w:r>
    </w:p>
    <w:p w14:paraId="1218EA8E" w14:textId="77777777" w:rsidR="00680D8E" w:rsidRPr="009B127A" w:rsidRDefault="00000000" w:rsidP="009B127A">
      <w:pPr>
        <w:pStyle w:val="Sinespaciado"/>
        <w:rPr>
          <w:sz w:val="16"/>
          <w:szCs w:val="16"/>
        </w:rPr>
      </w:pPr>
      <w:r w:rsidRPr="009B127A">
        <w:rPr>
          <w:b/>
          <w:sz w:val="16"/>
          <w:szCs w:val="16"/>
        </w:rPr>
        <w:t xml:space="preserve">Futurepedia — herramientas por categoría: </w:t>
      </w:r>
      <w:r w:rsidRPr="009B127A">
        <w:rPr>
          <w:sz w:val="16"/>
          <w:szCs w:val="16"/>
        </w:rPr>
        <w:t>https://www.futurepedia.io/ai-tools</w:t>
      </w:r>
    </w:p>
    <w:p w14:paraId="60EAFC16" w14:textId="77777777" w:rsidR="00680D8E" w:rsidRPr="009B127A" w:rsidRDefault="00000000" w:rsidP="009B127A">
      <w:pPr>
        <w:pStyle w:val="Sinespaciado"/>
        <w:rPr>
          <w:sz w:val="16"/>
          <w:szCs w:val="16"/>
        </w:rPr>
      </w:pPr>
      <w:r w:rsidRPr="009B127A">
        <w:rPr>
          <w:b/>
          <w:sz w:val="16"/>
          <w:szCs w:val="16"/>
        </w:rPr>
        <w:t xml:space="preserve">There's An AI For That: </w:t>
      </w:r>
      <w:r w:rsidRPr="009B127A">
        <w:rPr>
          <w:sz w:val="16"/>
          <w:szCs w:val="16"/>
        </w:rPr>
        <w:t>https://theresanaiforthat.com/</w:t>
      </w:r>
    </w:p>
    <w:p w14:paraId="31D5C22B" w14:textId="77777777" w:rsidR="00680D8E" w:rsidRDefault="00000000">
      <w:pPr>
        <w:pStyle w:val="Ttulo1"/>
      </w:pPr>
      <w:r>
        <w:t>⚠️ Nota de uso</w:t>
      </w:r>
    </w:p>
    <w:p w14:paraId="7086ADDB" w14:textId="77777777" w:rsidR="00680D8E" w:rsidRDefault="00000000">
      <w:r w:rsidRPr="009B127A">
        <w:rPr>
          <w:sz w:val="16"/>
          <w:szCs w:val="16"/>
        </w:rPr>
        <w:t>Los precios, límites, funciones, disponibilidad geográfica y enlaces de las herramientas pueden cambiar durante 2026. Antes de contratar un servicio, conviene comprobar sus condiciones y precios actuales en su sitio oficial. Las herramientas de IA también pueden producir información incorrecta; para decisiones importantes se recomienda verificar sus resultados</w:t>
      </w:r>
      <w:r>
        <w:t>.</w:t>
      </w:r>
    </w:p>
    <w:sectPr w:rsidR="00680D8E" w:rsidSect="00034616">
      <w:headerReference w:type="default" r:id="rId21"/>
      <w:footerReference w:type="default" r:id="rId2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51E3" w14:textId="77777777" w:rsidR="00F62999" w:rsidRDefault="00F62999" w:rsidP="006F18A3">
      <w:pPr>
        <w:spacing w:after="0" w:line="240" w:lineRule="auto"/>
      </w:pPr>
      <w:r>
        <w:separator/>
      </w:r>
    </w:p>
  </w:endnote>
  <w:endnote w:type="continuationSeparator" w:id="0">
    <w:p w14:paraId="119946B4" w14:textId="77777777" w:rsidR="00F62999" w:rsidRDefault="00F62999" w:rsidP="006F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2A8B" w14:textId="16EE3351" w:rsidR="000F7E02" w:rsidRDefault="000F7E02">
    <w:pPr>
      <w:pStyle w:val="Piedepgina"/>
    </w:pPr>
    <w:hyperlink r:id="rId1" w:history="1">
      <w:r w:rsidRPr="007A662A">
        <w:rPr>
          <w:rStyle w:val="Hipervnculo"/>
        </w:rPr>
        <w:t>www.youtube.com/@JUANCARLOSPEREZLOREDO</w:t>
      </w:r>
    </w:hyperlink>
    <w:r>
      <w:rPr>
        <w:noProof/>
      </w:rPr>
      <w:drawing>
        <wp:anchor distT="0" distB="0" distL="114300" distR="114300" simplePos="0" relativeHeight="251663360" behindDoc="1" locked="0" layoutInCell="1" allowOverlap="1" wp14:anchorId="3CA0D11D" wp14:editId="0083193C">
          <wp:simplePos x="0" y="0"/>
          <wp:positionH relativeFrom="leftMargin">
            <wp:align>right</wp:align>
          </wp:positionH>
          <wp:positionV relativeFrom="paragraph">
            <wp:posOffset>-170374</wp:posOffset>
          </wp:positionV>
          <wp:extent cx="550462" cy="459258"/>
          <wp:effectExtent l="171450" t="76200" r="154940" b="721995"/>
          <wp:wrapNone/>
          <wp:docPr id="23" name="Picture 2" descr="No hay ninguna descripción de la foto disponible.">
            <a:extLst xmlns:a="http://schemas.openxmlformats.org/drawingml/2006/main">
              <a:ext uri="{FF2B5EF4-FFF2-40B4-BE49-F238E27FC236}">
                <a16:creationId xmlns:a16="http://schemas.microsoft.com/office/drawing/2014/main" id="{78065A16-B5F3-D141-7F2F-55CD2521CE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" descr="No hay ninguna descripción de la foto disponible.">
                    <a:extLst>
                      <a:ext uri="{FF2B5EF4-FFF2-40B4-BE49-F238E27FC236}">
                        <a16:creationId xmlns:a16="http://schemas.microsoft.com/office/drawing/2014/main" id="{78065A16-B5F3-D141-7F2F-55CD2521CED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62" cy="459258"/>
                  </a:xfrm>
                  <a:prstGeom prst="ellipse">
                    <a:avLst/>
                  </a:prstGeom>
                  <a:ln w="63500" cap="rnd">
                    <a:solidFill>
                      <a:srgbClr val="333333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32BB" w14:textId="77777777" w:rsidR="00F62999" w:rsidRDefault="00F62999" w:rsidP="006F18A3">
      <w:pPr>
        <w:spacing w:after="0" w:line="240" w:lineRule="auto"/>
      </w:pPr>
      <w:r>
        <w:separator/>
      </w:r>
    </w:p>
  </w:footnote>
  <w:footnote w:type="continuationSeparator" w:id="0">
    <w:p w14:paraId="3F781DC3" w14:textId="77777777" w:rsidR="00F62999" w:rsidRDefault="00F62999" w:rsidP="006F1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FF6F" w14:textId="589AECD6" w:rsidR="006F18A3" w:rsidRDefault="006F18A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A65EF9" wp14:editId="0FE77575">
          <wp:simplePos x="0" y="0"/>
          <wp:positionH relativeFrom="margin">
            <wp:posOffset>1934155</wp:posOffset>
          </wp:positionH>
          <wp:positionV relativeFrom="paragraph">
            <wp:posOffset>-409492</wp:posOffset>
          </wp:positionV>
          <wp:extent cx="1769812" cy="643255"/>
          <wp:effectExtent l="0" t="0" r="0" b="0"/>
          <wp:wrapNone/>
          <wp:docPr id="11" name="Imagen 10">
            <a:extLst xmlns:a="http://schemas.openxmlformats.org/drawingml/2006/main">
              <a:ext uri="{FF2B5EF4-FFF2-40B4-BE49-F238E27FC236}">
                <a16:creationId xmlns:a16="http://schemas.microsoft.com/office/drawing/2014/main" id="{CDCCB826-9B3C-DC9F-3C24-B25832B286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0">
                    <a:extLst>
                      <a:ext uri="{FF2B5EF4-FFF2-40B4-BE49-F238E27FC236}">
                        <a16:creationId xmlns:a16="http://schemas.microsoft.com/office/drawing/2014/main" id="{CDCCB826-9B3C-DC9F-3C24-B25832B286C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alphaModFix amt="50000"/>
                    <a:duotone>
                      <a:srgbClr val="1F497D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39355" y1="46094" x2="39355" y2="50488"/>
                                <a14:foregroundMark x1="47266" y1="51758" x2="50488" y2="51758"/>
                                <a14:foregroundMark x1="55273" y1="50684" x2="55273" y2="50684"/>
                                <a14:foregroundMark x1="62109" y1="49805" x2="62109" y2="49805"/>
                                <a14:foregroundMark x1="73242" y1="51367" x2="73242" y2="51367"/>
                                <a14:foregroundMark x1="79785" y1="49609" x2="79785" y2="49609"/>
                                <a14:foregroundMark x1="84570" y1="49805" x2="84570" y2="49805"/>
                                <a14:backgroundMark x1="56641" y1="48535" x2="56641" y2="48535"/>
                                <a14:backgroundMark x1="48730" y1="50293" x2="48730" y2="50293"/>
                                <a14:backgroundMark x1="13770" y1="56641" x2="13770" y2="56641"/>
                              </a14:backgroundRemoval>
                            </a14:imgEffect>
                            <a14:imgEffect>
                              <a14:artisticMarker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</a:extLst>
                  </a:blip>
                  <a:srcRect t="27861" r="3" b="26857"/>
                  <a:stretch>
                    <a:fillRect/>
                  </a:stretch>
                </pic:blipFill>
                <pic:spPr>
                  <a:xfrm>
                    <a:off x="0" y="0"/>
                    <a:ext cx="1771188" cy="64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1DE38" wp14:editId="190ABD9E">
              <wp:simplePos x="0" y="0"/>
              <wp:positionH relativeFrom="column">
                <wp:posOffset>1591172</wp:posOffset>
              </wp:positionH>
              <wp:positionV relativeFrom="paragraph">
                <wp:posOffset>303502</wp:posOffset>
              </wp:positionV>
              <wp:extent cx="2846567" cy="413468"/>
              <wp:effectExtent l="0" t="0" r="0" b="0"/>
              <wp:wrapNone/>
              <wp:docPr id="24" name="CuadroTexto 23">
                <a:extLst xmlns:a="http://schemas.openxmlformats.org/drawingml/2006/main">
                  <a:ext uri="{FF2B5EF4-FFF2-40B4-BE49-F238E27FC236}">
                    <a16:creationId xmlns:a16="http://schemas.microsoft.com/office/drawing/2014/main" id="{0310212E-EFD5-C8E1-596F-9F08E53920E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6567" cy="41346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27569" w14:textId="77777777" w:rsidR="006F18A3" w:rsidRDefault="006F18A3" w:rsidP="006F18A3">
                          <w:pPr>
                            <w:rPr>
                              <w:rFonts w:ascii="Aharoni" w:hAnsi="Aharoni" w:cs="Aharoni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Alternativa</w:t>
                          </w:r>
                          <w:r>
                            <w:rPr>
                              <w:rFonts w:ascii="MS Mincho" w:eastAsia="MS Mincho" w:hAnsi="MS Mincho" w:cs="MS Mincho" w:hint="eastAsia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│</w:t>
                          </w:r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CAC</w:t>
                          </w:r>
                          <w:proofErr w:type="spellEnd"/>
                          <w:r>
                            <w:rPr>
                              <w:rFonts w:ascii="MS Mincho" w:eastAsia="MS Mincho" w:hAnsi="MS Mincho" w:cs="MS Mincho" w:hint="eastAsia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│</w:t>
                          </w:r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Formación</w:t>
                          </w:r>
                          <w:proofErr w:type="spellEnd"/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haroni" w:hAnsi="Aharoni" w:cs="Aharoni" w:hint="cs"/>
                              <w:b/>
                              <w:bCs/>
                              <w:color w:val="948A5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948A54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docente</w:t>
                          </w:r>
                          <w:proofErr w:type="spellEnd"/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6E1DE38" id="_x0000_t202" coordsize="21600,21600" o:spt="202" path="m,l,21600r21600,l21600,xe">
              <v:stroke joinstyle="miter"/>
              <v:path gradientshapeok="t" o:connecttype="rect"/>
            </v:shapetype>
            <v:shape id="CuadroTexto 23" o:spid="_x0000_s1026" type="#_x0000_t202" style="position:absolute;margin-left:125.3pt;margin-top:23.9pt;width:224.15pt;height:3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" filled="f" stroked="f">
              <v:textbox>
                <w:txbxContent>
                  <w:p w14:paraId="45727569" w14:textId="77777777" w:rsidR="006F18A3" w:rsidRDefault="006F18A3" w:rsidP="006F18A3">
                    <w:pPr>
                      <w:rPr>
                        <w:rFonts w:ascii="Aharoni" w:hAnsi="Aharoni" w:cs="Aharoni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</w:pPr>
                    <w:proofErr w:type="spellStart"/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Educación</w:t>
                    </w:r>
                    <w:proofErr w:type="spellEnd"/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 xml:space="preserve"> </w:t>
                    </w:r>
                    <w:proofErr w:type="spellStart"/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Alternativa</w:t>
                    </w:r>
                    <w:r>
                      <w:rPr>
                        <w:rFonts w:ascii="MS Mincho" w:eastAsia="MS Mincho" w:hAnsi="MS Mincho" w:cs="MS Mincho" w:hint="eastAsia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│</w:t>
                    </w:r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CAC</w:t>
                    </w:r>
                    <w:proofErr w:type="spellEnd"/>
                    <w:r>
                      <w:rPr>
                        <w:rFonts w:ascii="MS Mincho" w:eastAsia="MS Mincho" w:hAnsi="MS Mincho" w:cs="MS Mincho" w:hint="eastAsia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│</w:t>
                    </w:r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 xml:space="preserve"> </w:t>
                    </w:r>
                    <w:proofErr w:type="spellStart"/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Formación</w:t>
                    </w:r>
                    <w:proofErr w:type="spellEnd"/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 xml:space="preserve"> </w:t>
                    </w:r>
                    <w:proofErr w:type="spellStart"/>
                    <w:r>
                      <w:rPr>
                        <w:rFonts w:ascii="Aharoni" w:hAnsi="Aharoni" w:cs="Aharoni" w:hint="cs"/>
                        <w:b/>
                        <w:bCs/>
                        <w:color w:val="948A54"/>
                        <w:kern w:val="24"/>
                        <w:sz w:val="16"/>
                        <w:szCs w:val="16"/>
                        <w14:textFill>
                          <w14:solidFill>
                            <w14:srgbClr w14:val="948A54">
                              <w14:lumMod w14:val="50000"/>
                            </w14:srgbClr>
                          </w14:solidFill>
                        </w14:textFill>
                      </w:rPr>
                      <w:t>docente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BA4E0" wp14:editId="7080B924">
              <wp:simplePos x="0" y="0"/>
              <wp:positionH relativeFrom="column">
                <wp:posOffset>1870296</wp:posOffset>
              </wp:positionH>
              <wp:positionV relativeFrom="paragraph">
                <wp:posOffset>-4224</wp:posOffset>
              </wp:positionV>
              <wp:extent cx="1924653" cy="682258"/>
              <wp:effectExtent l="0" t="0" r="0" b="0"/>
              <wp:wrapNone/>
              <wp:docPr id="12" name="Rectángulo 11">
                <a:extLst xmlns:a="http://schemas.openxmlformats.org/drawingml/2006/main">
                  <a:ext uri="{FF2B5EF4-FFF2-40B4-BE49-F238E27FC236}">
                    <a16:creationId xmlns:a16="http://schemas.microsoft.com/office/drawing/2014/main" id="{FF3FCC9F-8C44-0736-4B8B-83D94056EA2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653" cy="68225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D3C7E" w14:textId="77777777" w:rsidR="006F18A3" w:rsidRPr="006F18A3" w:rsidRDefault="006F18A3" w:rsidP="006F18A3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kern w:val="24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</w:pPr>
                          <w:r w:rsidRPr="006F18A3">
                            <w:rPr>
                              <w:rFonts w:ascii="Calibri" w:hAnsi="Calibri"/>
                              <w:color w:val="000000"/>
                              <w:kern w:val="24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 xml:space="preserve">Espacio </w:t>
                          </w:r>
                          <w:proofErr w:type="spellStart"/>
                          <w:r w:rsidRPr="006F18A3">
                            <w:rPr>
                              <w:rFonts w:ascii="Calibri" w:hAnsi="Calibri"/>
                              <w:color w:val="000000"/>
                              <w:kern w:val="24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00000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docente</w:t>
                          </w:r>
                          <w:proofErr w:type="spellEnd"/>
                        </w:p>
                      </w:txbxContent>
                    </wps:txbx>
                    <wps:bodyPr wrap="square" lIns="91440" tIns="45720" rIns="91440" bIns="4572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489BA4E0" id="Rectángulo 11" o:spid="_x0000_s1027" style="position:absolute;margin-left:147.25pt;margin-top:-.35pt;width:151.55pt;height:5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" filled="f" stroked="f">
              <v:textbox>
                <w:txbxContent>
                  <w:p w14:paraId="57DD3C7E" w14:textId="77777777" w:rsidR="006F18A3" w:rsidRPr="006F18A3" w:rsidRDefault="006F18A3" w:rsidP="006F18A3">
                    <w:pPr>
                      <w:jc w:val="center"/>
                      <w:rPr>
                        <w:rFonts w:ascii="Calibri" w:hAnsi="Calibri"/>
                        <w:color w:val="000000"/>
                        <w:kern w:val="24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Fill>
                          <w14:solidFill>
                            <w14:srgbClr w14:val="000000">
                              <w14:lumMod w14:val="50000"/>
                            </w14:srgbClr>
                          </w14:solidFill>
                        </w14:textFill>
                      </w:rPr>
                    </w:pPr>
                    <w:r w:rsidRPr="006F18A3">
                      <w:rPr>
                        <w:rFonts w:ascii="Calibri" w:hAnsi="Calibri"/>
                        <w:color w:val="000000"/>
                        <w:kern w:val="24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Fill>
                          <w14:solidFill>
                            <w14:srgbClr w14:val="000000">
                              <w14:lumMod w14:val="50000"/>
                            </w14:srgbClr>
                          </w14:solidFill>
                        </w14:textFill>
                      </w:rPr>
                      <w:t xml:space="preserve">Espacio </w:t>
                    </w:r>
                    <w:proofErr w:type="spellStart"/>
                    <w:r w:rsidRPr="006F18A3">
                      <w:rPr>
                        <w:rFonts w:ascii="Calibri" w:hAnsi="Calibri"/>
                        <w:color w:val="000000"/>
                        <w:kern w:val="24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Fill>
                          <w14:solidFill>
                            <w14:srgbClr w14:val="000000">
                              <w14:lumMod w14:val="50000"/>
                            </w14:srgbClr>
                          </w14:solidFill>
                        </w14:textFill>
                      </w:rPr>
                      <w:t>docente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1412251">
    <w:abstractNumId w:val="8"/>
  </w:num>
  <w:num w:numId="2" w16cid:durableId="253786179">
    <w:abstractNumId w:val="6"/>
  </w:num>
  <w:num w:numId="3" w16cid:durableId="1029140016">
    <w:abstractNumId w:val="5"/>
  </w:num>
  <w:num w:numId="4" w16cid:durableId="1513689737">
    <w:abstractNumId w:val="4"/>
  </w:num>
  <w:num w:numId="5" w16cid:durableId="1032607000">
    <w:abstractNumId w:val="7"/>
  </w:num>
  <w:num w:numId="6" w16cid:durableId="924919549">
    <w:abstractNumId w:val="3"/>
  </w:num>
  <w:num w:numId="7" w16cid:durableId="1718386482">
    <w:abstractNumId w:val="2"/>
  </w:num>
  <w:num w:numId="8" w16cid:durableId="343627010">
    <w:abstractNumId w:val="1"/>
  </w:num>
  <w:num w:numId="9" w16cid:durableId="16694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D6E"/>
    <w:rsid w:val="000F7E02"/>
    <w:rsid w:val="0015074B"/>
    <w:rsid w:val="0029639D"/>
    <w:rsid w:val="00326F90"/>
    <w:rsid w:val="003F5987"/>
    <w:rsid w:val="004709FD"/>
    <w:rsid w:val="00484A32"/>
    <w:rsid w:val="00540BDF"/>
    <w:rsid w:val="00680D8E"/>
    <w:rsid w:val="006F18A3"/>
    <w:rsid w:val="009B127A"/>
    <w:rsid w:val="00A960B2"/>
    <w:rsid w:val="00AA1D8D"/>
    <w:rsid w:val="00B47730"/>
    <w:rsid w:val="00BE66F8"/>
    <w:rsid w:val="00CB0664"/>
    <w:rsid w:val="00CF7639"/>
    <w:rsid w:val="00D149D7"/>
    <w:rsid w:val="00E3466C"/>
    <w:rsid w:val="00E579E5"/>
    <w:rsid w:val="00F62999"/>
    <w:rsid w:val="00FC693F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EE468F"/>
  <w14:defaultImageDpi w14:val="300"/>
  <w15:docId w15:val="{37BCF617-45B4-440E-B657-C8D7B32D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4709F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09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709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" TargetMode="External"/><Relationship Id="rId13" Type="http://schemas.openxmlformats.org/officeDocument/2006/relationships/hyperlink" Target="https://grok.com/" TargetMode="External"/><Relationship Id="rId18" Type="http://schemas.openxmlformats.org/officeDocument/2006/relationships/hyperlink" Target="https://poe.com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perplexity.ai/" TargetMode="External"/><Relationship Id="rId17" Type="http://schemas.openxmlformats.org/officeDocument/2006/relationships/hyperlink" Target="https://chat.qwen.a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at.mistral.ai/" TargetMode="External"/><Relationship Id="rId20" Type="http://schemas.openxmlformats.org/officeDocument/2006/relationships/hyperlink" Target="https://suno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pilot.microsoft.com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eta.ai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emini.google.com/" TargetMode="External"/><Relationship Id="rId19" Type="http://schemas.openxmlformats.org/officeDocument/2006/relationships/hyperlink" Target="https://character.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ude.ai/" TargetMode="External"/><Relationship Id="rId14" Type="http://schemas.openxmlformats.org/officeDocument/2006/relationships/hyperlink" Target="https://chat.deepseek.com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youtube.com/@JUANCARLOSPEREZLOREDO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1506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PEREZ LOREDO</dc:creator>
  <cp:keywords/>
  <dc:description>generated by python-docx</dc:description>
  <cp:lastModifiedBy>Brenda Berenice Meraz Ramos</cp:lastModifiedBy>
  <cp:revision>10</cp:revision>
  <dcterms:created xsi:type="dcterms:W3CDTF">2026-08-21T19:17:00Z</dcterms:created>
  <dcterms:modified xsi:type="dcterms:W3CDTF">2026-09-08T04:17:00Z</dcterms:modified>
  <cp:category/>
</cp:coreProperties>
</file>